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B0337" w14:textId="77777777" w:rsidR="005041C6" w:rsidRPr="007C3D68" w:rsidRDefault="00C1293B" w:rsidP="00D071CE">
      <w:pPr>
        <w:pStyle w:val="Ttulo"/>
        <w:keepNext w:val="0"/>
        <w:spacing w:before="0" w:after="120"/>
        <w:jc w:val="both"/>
        <w:rPr>
          <w:rFonts w:ascii="Arial" w:hAnsi="Arial" w:cs="Arial"/>
          <w:sz w:val="22"/>
          <w:szCs w:val="22"/>
          <w:lang w:val="es-ES"/>
        </w:rPr>
      </w:pPr>
      <w:r w:rsidRPr="007C3D68">
        <w:rPr>
          <w:rFonts w:ascii="Arial" w:hAnsi="Arial" w:cs="Arial"/>
          <w:sz w:val="22"/>
          <w:szCs w:val="22"/>
          <w:lang w:val="es-ES"/>
        </w:rPr>
        <w:t>ANEXO I. SOLICITUD DE CESIÓN DE USO DE ESPACIOS PRIVATIVOS</w:t>
      </w:r>
    </w:p>
    <w:tbl>
      <w:tblPr>
        <w:tblW w:w="0" w:type="auto"/>
        <w:tblLook w:val="01E0" w:firstRow="1" w:lastRow="1" w:firstColumn="1" w:lastColumn="1" w:noHBand="0" w:noVBand="0"/>
      </w:tblPr>
      <w:tblGrid>
        <w:gridCol w:w="9049"/>
        <w:gridCol w:w="287"/>
      </w:tblGrid>
      <w:tr w:rsidR="0020366B" w:rsidRPr="007C3D68" w14:paraId="640EB0AD" w14:textId="77777777" w:rsidTr="00237B96">
        <w:tc>
          <w:tcPr>
            <w:tcW w:w="9336" w:type="dxa"/>
            <w:gridSpan w:val="2"/>
            <w:tcBorders>
              <w:top w:val="single" w:sz="18" w:space="0" w:color="FFFFFF"/>
              <w:left w:val="single" w:sz="18" w:space="0" w:color="FFFFFF"/>
              <w:bottom w:val="single" w:sz="18" w:space="0" w:color="FFFFFF"/>
              <w:right w:val="single" w:sz="18" w:space="0" w:color="FFFFFF"/>
            </w:tcBorders>
            <w:hideMark/>
          </w:tcPr>
          <w:p w14:paraId="77C53853" w14:textId="77777777" w:rsidR="0020366B" w:rsidRPr="007C3D68" w:rsidRDefault="0020366B" w:rsidP="00237B96">
            <w:pPr>
              <w:spacing w:before="240" w:after="120" w:line="240" w:lineRule="auto"/>
              <w:ind w:right="-23"/>
              <w:jc w:val="both"/>
              <w:rPr>
                <w:rFonts w:cs="Arial"/>
                <w:sz w:val="22"/>
              </w:rPr>
            </w:pPr>
            <w:r w:rsidRPr="007C3D68">
              <w:rPr>
                <w:rFonts w:cs="Arial"/>
                <w:sz w:val="22"/>
                <w:lang w:eastAsia="ja-JP"/>
              </w:rPr>
              <w:t>Don/Doña</w:t>
            </w:r>
          </w:p>
        </w:tc>
      </w:tr>
      <w:bookmarkStart w:id="0" w:name="_Hlk205885482"/>
      <w:tr w:rsidR="0020366B" w:rsidRPr="007C3D68" w14:paraId="735835BE" w14:textId="77777777" w:rsidTr="00237B96">
        <w:tc>
          <w:tcPr>
            <w:tcW w:w="9336" w:type="dxa"/>
            <w:gridSpan w:val="2"/>
            <w:tcBorders>
              <w:top w:val="single" w:sz="18" w:space="0" w:color="FFFFFF"/>
              <w:left w:val="single" w:sz="18" w:space="0" w:color="FFFFFF"/>
              <w:bottom w:val="single" w:sz="18" w:space="0" w:color="FFFFFF"/>
              <w:right w:val="single" w:sz="18" w:space="0" w:color="FFFFFF"/>
            </w:tcBorders>
            <w:shd w:val="clear" w:color="auto" w:fill="F3F3F3"/>
            <w:hideMark/>
          </w:tcPr>
          <w:p w14:paraId="229CC5AD" w14:textId="77777777" w:rsidR="0020366B" w:rsidRPr="007C3D68" w:rsidRDefault="0020366B" w:rsidP="00237B96">
            <w:pPr>
              <w:spacing w:after="120" w:line="240" w:lineRule="auto"/>
              <w:ind w:right="-23"/>
              <w:jc w:val="both"/>
              <w:rPr>
                <w:rFonts w:cs="Arial"/>
                <w:sz w:val="22"/>
              </w:rPr>
            </w:pPr>
            <w:r w:rsidRPr="007C3D68">
              <w:rPr>
                <w:rFonts w:cs="Arial"/>
                <w:sz w:val="22"/>
                <w:lang w:eastAsia="ja-JP"/>
              </w:rPr>
              <w:fldChar w:fldCharType="begin">
                <w:ffData>
                  <w:name w:val=""/>
                  <w:enabled/>
                  <w:calcOnExit w:val="0"/>
                  <w:textInput/>
                </w:ffData>
              </w:fldChar>
            </w:r>
            <w:r w:rsidRPr="007C3D68">
              <w:rPr>
                <w:rFonts w:cs="Arial"/>
                <w:sz w:val="22"/>
                <w:lang w:eastAsia="ja-JP"/>
              </w:rPr>
              <w:instrText xml:space="preserve"> FORMTEXT </w:instrText>
            </w:r>
            <w:r w:rsidRPr="007C3D68">
              <w:rPr>
                <w:rFonts w:cs="Arial"/>
                <w:sz w:val="22"/>
                <w:lang w:eastAsia="ja-JP"/>
              </w:rPr>
            </w:r>
            <w:r w:rsidRPr="007C3D68">
              <w:rPr>
                <w:rFonts w:cs="Arial"/>
                <w:sz w:val="22"/>
                <w:lang w:eastAsia="ja-JP"/>
              </w:rPr>
              <w:fldChar w:fldCharType="separate"/>
            </w:r>
            <w:r w:rsidRPr="007C3D68">
              <w:rPr>
                <w:rFonts w:cs="Arial"/>
                <w:noProof/>
                <w:sz w:val="22"/>
                <w:lang w:eastAsia="ja-JP"/>
              </w:rPr>
              <w:t> </w:t>
            </w:r>
            <w:r w:rsidRPr="007C3D68">
              <w:rPr>
                <w:rFonts w:cs="Arial"/>
                <w:noProof/>
                <w:sz w:val="22"/>
                <w:lang w:eastAsia="ja-JP"/>
              </w:rPr>
              <w:t> </w:t>
            </w:r>
            <w:r w:rsidRPr="007C3D68">
              <w:rPr>
                <w:rFonts w:cs="Arial"/>
                <w:noProof/>
                <w:sz w:val="22"/>
                <w:lang w:eastAsia="ja-JP"/>
              </w:rPr>
              <w:t> </w:t>
            </w:r>
            <w:r w:rsidRPr="007C3D68">
              <w:rPr>
                <w:rFonts w:cs="Arial"/>
                <w:noProof/>
                <w:sz w:val="22"/>
                <w:lang w:eastAsia="ja-JP"/>
              </w:rPr>
              <w:t> </w:t>
            </w:r>
            <w:r w:rsidRPr="007C3D68">
              <w:rPr>
                <w:rFonts w:cs="Arial"/>
                <w:noProof/>
                <w:sz w:val="22"/>
                <w:lang w:eastAsia="ja-JP"/>
              </w:rPr>
              <w:t> </w:t>
            </w:r>
            <w:r w:rsidRPr="007C3D68">
              <w:rPr>
                <w:rFonts w:cs="Arial"/>
                <w:sz w:val="22"/>
                <w:lang w:eastAsia="ja-JP"/>
              </w:rPr>
              <w:fldChar w:fldCharType="end"/>
            </w:r>
            <w:bookmarkEnd w:id="0"/>
          </w:p>
        </w:tc>
      </w:tr>
      <w:tr w:rsidR="0020366B" w:rsidRPr="007C3D68" w14:paraId="58A4F5AA" w14:textId="77777777" w:rsidTr="00237B96">
        <w:tc>
          <w:tcPr>
            <w:tcW w:w="9336" w:type="dxa"/>
            <w:gridSpan w:val="2"/>
            <w:tcBorders>
              <w:top w:val="single" w:sz="18" w:space="0" w:color="FFFFFF"/>
              <w:left w:val="single" w:sz="18" w:space="0" w:color="FFFFFF"/>
              <w:bottom w:val="single" w:sz="18" w:space="0" w:color="FFFFFF"/>
              <w:right w:val="single" w:sz="18" w:space="0" w:color="FFFFFF"/>
            </w:tcBorders>
            <w:hideMark/>
          </w:tcPr>
          <w:p w14:paraId="1A12A732" w14:textId="77777777" w:rsidR="0020366B" w:rsidRPr="007C3D68" w:rsidRDefault="0020366B" w:rsidP="00237B96">
            <w:pPr>
              <w:spacing w:after="120" w:line="240" w:lineRule="auto"/>
              <w:ind w:right="-23"/>
              <w:jc w:val="both"/>
              <w:rPr>
                <w:rFonts w:cs="Arial"/>
                <w:sz w:val="22"/>
                <w:lang w:eastAsia="ja-JP"/>
              </w:rPr>
            </w:pPr>
            <w:r w:rsidRPr="007C3D68">
              <w:rPr>
                <w:rFonts w:cs="Arial"/>
                <w:sz w:val="22"/>
                <w:lang w:eastAsia="ja-JP"/>
              </w:rPr>
              <w:t>E-mail</w:t>
            </w:r>
          </w:p>
        </w:tc>
      </w:tr>
      <w:tr w:rsidR="0020366B" w:rsidRPr="007C3D68" w14:paraId="5865051F" w14:textId="77777777" w:rsidTr="00237B96">
        <w:tc>
          <w:tcPr>
            <w:tcW w:w="9336" w:type="dxa"/>
            <w:gridSpan w:val="2"/>
            <w:tcBorders>
              <w:top w:val="single" w:sz="18" w:space="0" w:color="FFFFFF"/>
              <w:left w:val="single" w:sz="18" w:space="0" w:color="FFFFFF"/>
              <w:bottom w:val="single" w:sz="18" w:space="0" w:color="FFFFFF"/>
              <w:right w:val="single" w:sz="18" w:space="0" w:color="FFFFFF"/>
            </w:tcBorders>
            <w:shd w:val="clear" w:color="auto" w:fill="F3F3F3"/>
            <w:hideMark/>
          </w:tcPr>
          <w:p w14:paraId="4B71660E" w14:textId="77777777" w:rsidR="0020366B" w:rsidRPr="007C3D68" w:rsidRDefault="0020366B" w:rsidP="00237B96">
            <w:pPr>
              <w:spacing w:after="120" w:line="240" w:lineRule="auto"/>
              <w:ind w:right="-23"/>
              <w:jc w:val="both"/>
              <w:rPr>
                <w:rFonts w:cs="Arial"/>
                <w:sz w:val="22"/>
                <w:lang w:eastAsia="ja-JP"/>
              </w:rPr>
            </w:pPr>
            <w:r w:rsidRPr="007C3D68">
              <w:rPr>
                <w:rFonts w:cs="Arial"/>
                <w:sz w:val="22"/>
                <w:lang w:eastAsia="ja-JP"/>
              </w:rPr>
              <w:fldChar w:fldCharType="begin">
                <w:ffData>
                  <w:name w:val=""/>
                  <w:enabled/>
                  <w:calcOnExit w:val="0"/>
                  <w:textInput/>
                </w:ffData>
              </w:fldChar>
            </w:r>
            <w:r w:rsidRPr="007C3D68">
              <w:rPr>
                <w:rFonts w:cs="Arial"/>
                <w:sz w:val="22"/>
                <w:lang w:eastAsia="ja-JP"/>
              </w:rPr>
              <w:instrText xml:space="preserve"> FORMTEXT </w:instrText>
            </w:r>
            <w:r w:rsidRPr="007C3D68">
              <w:rPr>
                <w:rFonts w:cs="Arial"/>
                <w:sz w:val="22"/>
                <w:lang w:eastAsia="ja-JP"/>
              </w:rPr>
            </w:r>
            <w:r w:rsidRPr="007C3D68">
              <w:rPr>
                <w:rFonts w:cs="Arial"/>
                <w:sz w:val="22"/>
                <w:lang w:eastAsia="ja-JP"/>
              </w:rPr>
              <w:fldChar w:fldCharType="separate"/>
            </w:r>
            <w:r w:rsidRPr="007C3D68">
              <w:rPr>
                <w:rFonts w:cs="Arial"/>
                <w:noProof/>
                <w:sz w:val="22"/>
                <w:lang w:eastAsia="ja-JP"/>
              </w:rPr>
              <w:t> </w:t>
            </w:r>
            <w:r w:rsidRPr="007C3D68">
              <w:rPr>
                <w:rFonts w:cs="Arial"/>
                <w:noProof/>
                <w:sz w:val="22"/>
                <w:lang w:eastAsia="ja-JP"/>
              </w:rPr>
              <w:t> </w:t>
            </w:r>
            <w:r w:rsidRPr="007C3D68">
              <w:rPr>
                <w:rFonts w:cs="Arial"/>
                <w:noProof/>
                <w:sz w:val="22"/>
                <w:lang w:eastAsia="ja-JP"/>
              </w:rPr>
              <w:t> </w:t>
            </w:r>
            <w:r w:rsidRPr="007C3D68">
              <w:rPr>
                <w:rFonts w:cs="Arial"/>
                <w:noProof/>
                <w:sz w:val="22"/>
                <w:lang w:eastAsia="ja-JP"/>
              </w:rPr>
              <w:t> </w:t>
            </w:r>
            <w:r w:rsidRPr="007C3D68">
              <w:rPr>
                <w:rFonts w:cs="Arial"/>
                <w:noProof/>
                <w:sz w:val="22"/>
                <w:lang w:eastAsia="ja-JP"/>
              </w:rPr>
              <w:t> </w:t>
            </w:r>
            <w:r w:rsidRPr="007C3D68">
              <w:rPr>
                <w:rFonts w:cs="Arial"/>
                <w:sz w:val="22"/>
                <w:lang w:eastAsia="ja-JP"/>
              </w:rPr>
              <w:fldChar w:fldCharType="end"/>
            </w:r>
          </w:p>
        </w:tc>
      </w:tr>
      <w:tr w:rsidR="0020366B" w:rsidRPr="007C3D68" w14:paraId="400B69D5" w14:textId="77777777" w:rsidTr="00237B96">
        <w:tc>
          <w:tcPr>
            <w:tcW w:w="9336" w:type="dxa"/>
            <w:gridSpan w:val="2"/>
            <w:tcBorders>
              <w:top w:val="single" w:sz="18" w:space="0" w:color="FFFFFF"/>
              <w:left w:val="single" w:sz="18" w:space="0" w:color="FFFFFF"/>
              <w:bottom w:val="single" w:sz="18" w:space="0" w:color="FFFFFF"/>
              <w:right w:val="single" w:sz="18" w:space="0" w:color="FFFFFF"/>
            </w:tcBorders>
            <w:hideMark/>
          </w:tcPr>
          <w:p w14:paraId="36824E87" w14:textId="77777777" w:rsidR="0020366B" w:rsidRPr="007C3D68" w:rsidRDefault="0020366B" w:rsidP="00237B96">
            <w:pPr>
              <w:spacing w:after="120" w:line="240" w:lineRule="auto"/>
              <w:ind w:right="-23"/>
              <w:jc w:val="both"/>
              <w:rPr>
                <w:rFonts w:cs="Arial"/>
                <w:sz w:val="22"/>
              </w:rPr>
            </w:pPr>
            <w:r w:rsidRPr="007C3D68">
              <w:rPr>
                <w:rFonts w:cs="Arial"/>
                <w:sz w:val="22"/>
                <w:lang w:eastAsia="ja-JP"/>
              </w:rPr>
              <w:t>Como representante legal de</w:t>
            </w:r>
          </w:p>
        </w:tc>
      </w:tr>
      <w:tr w:rsidR="0020366B" w:rsidRPr="007C3D68" w14:paraId="04007F2E" w14:textId="77777777" w:rsidTr="00237B96">
        <w:tc>
          <w:tcPr>
            <w:tcW w:w="9049" w:type="dxa"/>
            <w:tcBorders>
              <w:top w:val="single" w:sz="18" w:space="0" w:color="FFFFFF"/>
              <w:left w:val="single" w:sz="18" w:space="0" w:color="FFFFFF"/>
              <w:bottom w:val="single" w:sz="18" w:space="0" w:color="FFFFFF"/>
              <w:right w:val="single" w:sz="18" w:space="0" w:color="FFFFFF"/>
            </w:tcBorders>
            <w:shd w:val="clear" w:color="auto" w:fill="F3F3F3"/>
            <w:hideMark/>
          </w:tcPr>
          <w:p w14:paraId="10E7F396" w14:textId="77777777" w:rsidR="0020366B" w:rsidRPr="007C3D68" w:rsidRDefault="0020366B" w:rsidP="00237B96">
            <w:pPr>
              <w:spacing w:after="120" w:line="240" w:lineRule="auto"/>
              <w:ind w:right="-23"/>
              <w:jc w:val="both"/>
              <w:rPr>
                <w:rFonts w:cs="Arial"/>
                <w:sz w:val="22"/>
              </w:rPr>
            </w:pPr>
            <w:r w:rsidRPr="007C3D68">
              <w:rPr>
                <w:rFonts w:cs="Arial"/>
                <w:sz w:val="22"/>
                <w:lang w:eastAsia="ja-JP"/>
              </w:rPr>
              <w:fldChar w:fldCharType="begin">
                <w:ffData>
                  <w:name w:val=""/>
                  <w:enabled/>
                  <w:calcOnExit w:val="0"/>
                  <w:textInput/>
                </w:ffData>
              </w:fldChar>
            </w:r>
            <w:r w:rsidRPr="007C3D68">
              <w:rPr>
                <w:rFonts w:cs="Arial"/>
                <w:sz w:val="22"/>
                <w:lang w:eastAsia="ja-JP"/>
              </w:rPr>
              <w:instrText xml:space="preserve"> FORMTEXT </w:instrText>
            </w:r>
            <w:r w:rsidRPr="007C3D68">
              <w:rPr>
                <w:rFonts w:cs="Arial"/>
                <w:sz w:val="22"/>
                <w:lang w:eastAsia="ja-JP"/>
              </w:rPr>
            </w:r>
            <w:r w:rsidRPr="007C3D68">
              <w:rPr>
                <w:rFonts w:cs="Arial"/>
                <w:sz w:val="22"/>
                <w:lang w:eastAsia="ja-JP"/>
              </w:rPr>
              <w:fldChar w:fldCharType="separate"/>
            </w:r>
            <w:r w:rsidRPr="007C3D68">
              <w:rPr>
                <w:rFonts w:cs="Arial"/>
                <w:noProof/>
                <w:sz w:val="22"/>
                <w:lang w:eastAsia="ja-JP"/>
              </w:rPr>
              <w:t> </w:t>
            </w:r>
            <w:r w:rsidRPr="007C3D68">
              <w:rPr>
                <w:rFonts w:cs="Arial"/>
                <w:noProof/>
                <w:sz w:val="22"/>
                <w:lang w:eastAsia="ja-JP"/>
              </w:rPr>
              <w:t> </w:t>
            </w:r>
            <w:r w:rsidRPr="007C3D68">
              <w:rPr>
                <w:rFonts w:cs="Arial"/>
                <w:noProof/>
                <w:sz w:val="22"/>
                <w:lang w:eastAsia="ja-JP"/>
              </w:rPr>
              <w:t> </w:t>
            </w:r>
            <w:r w:rsidRPr="007C3D68">
              <w:rPr>
                <w:rFonts w:cs="Arial"/>
                <w:noProof/>
                <w:sz w:val="22"/>
                <w:lang w:eastAsia="ja-JP"/>
              </w:rPr>
              <w:t> </w:t>
            </w:r>
            <w:r w:rsidRPr="007C3D68">
              <w:rPr>
                <w:rFonts w:cs="Arial"/>
                <w:noProof/>
                <w:sz w:val="22"/>
                <w:lang w:eastAsia="ja-JP"/>
              </w:rPr>
              <w:t> </w:t>
            </w:r>
            <w:r w:rsidRPr="007C3D68">
              <w:rPr>
                <w:rFonts w:cs="Arial"/>
                <w:sz w:val="22"/>
                <w:lang w:eastAsia="ja-JP"/>
              </w:rPr>
              <w:fldChar w:fldCharType="end"/>
            </w:r>
          </w:p>
        </w:tc>
        <w:tc>
          <w:tcPr>
            <w:tcW w:w="287" w:type="dxa"/>
            <w:tcBorders>
              <w:top w:val="single" w:sz="18" w:space="0" w:color="FFFFFF"/>
              <w:left w:val="single" w:sz="18" w:space="0" w:color="FFFFFF"/>
              <w:bottom w:val="single" w:sz="18" w:space="0" w:color="FFFFFF"/>
              <w:right w:val="single" w:sz="18" w:space="0" w:color="FFFFFF"/>
            </w:tcBorders>
          </w:tcPr>
          <w:p w14:paraId="2D7887DA" w14:textId="77777777" w:rsidR="0020366B" w:rsidRPr="007C3D68" w:rsidRDefault="0020366B" w:rsidP="00237B96">
            <w:pPr>
              <w:spacing w:after="120" w:line="240" w:lineRule="auto"/>
              <w:ind w:right="-23"/>
              <w:jc w:val="both"/>
              <w:rPr>
                <w:rFonts w:cs="Arial"/>
                <w:sz w:val="22"/>
              </w:rPr>
            </w:pPr>
          </w:p>
        </w:tc>
      </w:tr>
    </w:tbl>
    <w:p w14:paraId="09CE6A9C" w14:textId="45BB9AB4" w:rsidR="0020366B" w:rsidRPr="007C3D68" w:rsidRDefault="0020366B" w:rsidP="00237B96">
      <w:pPr>
        <w:spacing w:before="240" w:after="240" w:line="240" w:lineRule="auto"/>
        <w:jc w:val="center"/>
        <w:rPr>
          <w:rFonts w:cs="Arial"/>
          <w:b/>
          <w:sz w:val="22"/>
          <w:u w:val="single"/>
          <w:lang w:val="es-ES"/>
        </w:rPr>
      </w:pPr>
      <w:r w:rsidRPr="007C3D68">
        <w:rPr>
          <w:rFonts w:cs="Arial"/>
          <w:b/>
          <w:sz w:val="22"/>
          <w:u w:val="single"/>
          <w:lang w:val="es-ES"/>
        </w:rPr>
        <w:t>SOLICITA:</w:t>
      </w:r>
    </w:p>
    <w:p w14:paraId="6E9E96DC" w14:textId="73B4C326" w:rsidR="0020366B" w:rsidRPr="007C3D68" w:rsidRDefault="0020366B" w:rsidP="00237B96">
      <w:pPr>
        <w:pStyle w:val="Listaconvietas"/>
        <w:numPr>
          <w:ilvl w:val="0"/>
          <w:numId w:val="0"/>
        </w:numPr>
        <w:spacing w:after="240" w:line="240" w:lineRule="auto"/>
        <w:contextualSpacing w:val="0"/>
        <w:jc w:val="both"/>
        <w:rPr>
          <w:rFonts w:cs="Arial"/>
          <w:sz w:val="22"/>
          <w:lang w:val="es-ES"/>
        </w:rPr>
      </w:pPr>
      <w:r w:rsidRPr="007C3D68">
        <w:rPr>
          <w:rFonts w:cs="Arial"/>
          <w:sz w:val="22"/>
          <w:lang w:val="es-ES"/>
        </w:rPr>
        <w:t>Participar en el procedimiento de concurrencia competitiva convocado por la Agencia de Ciencia Competitividad Empresarial e Innovación (en adelante la Agencia), para la selección de proyectos a desarrollar a través de la cesión de:</w:t>
      </w:r>
    </w:p>
    <w:p w14:paraId="69B0F750" w14:textId="4F15E8BC" w:rsidR="0020366B" w:rsidRPr="007C3D68" w:rsidRDefault="0020366B" w:rsidP="00237B96">
      <w:pPr>
        <w:pStyle w:val="Listaconvietas"/>
        <w:numPr>
          <w:ilvl w:val="0"/>
          <w:numId w:val="0"/>
        </w:numPr>
        <w:spacing w:after="100" w:line="240" w:lineRule="auto"/>
        <w:ind w:left="357"/>
        <w:contextualSpacing w:val="0"/>
        <w:jc w:val="both"/>
        <w:rPr>
          <w:rFonts w:cs="Arial"/>
          <w:sz w:val="22"/>
          <w:lang w:val="es-ES"/>
        </w:rPr>
      </w:pPr>
      <w:r w:rsidRPr="007C3D68">
        <w:rPr>
          <w:rFonts w:cs="Arial"/>
          <w:sz w:val="22"/>
          <w:lang w:val="es-ES"/>
        </w:rPr>
        <w:t xml:space="preserve">Laboratorio 1. </w:t>
      </w:r>
      <w:r w:rsidRPr="007C3D68">
        <w:rPr>
          <w:rFonts w:cs="Arial"/>
          <w:sz w:val="22"/>
        </w:rPr>
        <w:fldChar w:fldCharType="begin">
          <w:ffData>
            <w:name w:val=""/>
            <w:enabled/>
            <w:calcOnExit w:val="0"/>
            <w:textInput/>
          </w:ffData>
        </w:fldChar>
      </w:r>
      <w:r w:rsidRPr="007C3D68">
        <w:rPr>
          <w:rFonts w:cs="Arial"/>
          <w:sz w:val="22"/>
          <w:lang w:val="es-ES"/>
        </w:rPr>
        <w:instrText xml:space="preserve"> FORMTEXT </w:instrText>
      </w:r>
      <w:r w:rsidRPr="007C3D68">
        <w:rPr>
          <w:rFonts w:cs="Arial"/>
          <w:sz w:val="22"/>
        </w:rPr>
      </w:r>
      <w:r w:rsidRPr="007C3D68">
        <w:rPr>
          <w:rFonts w:cs="Arial"/>
          <w:sz w:val="22"/>
        </w:rPr>
        <w:fldChar w:fldCharType="separate"/>
      </w:r>
      <w:r w:rsidRPr="007C3D68">
        <w:rPr>
          <w:rFonts w:cs="Arial"/>
          <w:sz w:val="22"/>
        </w:rPr>
        <w:t> </w:t>
      </w:r>
      <w:r w:rsidRPr="007C3D68">
        <w:rPr>
          <w:rFonts w:cs="Arial"/>
          <w:sz w:val="22"/>
        </w:rPr>
        <w:t> </w:t>
      </w:r>
      <w:r w:rsidRPr="007C3D68">
        <w:rPr>
          <w:rFonts w:cs="Arial"/>
          <w:sz w:val="22"/>
        </w:rPr>
        <w:t> </w:t>
      </w:r>
      <w:r w:rsidRPr="007C3D68">
        <w:rPr>
          <w:rFonts w:cs="Arial"/>
          <w:sz w:val="22"/>
        </w:rPr>
        <w:t> </w:t>
      </w:r>
      <w:r w:rsidRPr="007C3D68">
        <w:rPr>
          <w:rFonts w:cs="Arial"/>
          <w:sz w:val="22"/>
        </w:rPr>
        <w:t> </w:t>
      </w:r>
      <w:r w:rsidRPr="007C3D68">
        <w:rPr>
          <w:rFonts w:cs="Arial"/>
          <w:sz w:val="22"/>
        </w:rPr>
        <w:fldChar w:fldCharType="end"/>
      </w:r>
    </w:p>
    <w:p w14:paraId="450C9F04" w14:textId="43001977" w:rsidR="0020366B" w:rsidRPr="007C3D68" w:rsidRDefault="0020366B" w:rsidP="00237B96">
      <w:pPr>
        <w:pStyle w:val="Listaconvietas"/>
        <w:numPr>
          <w:ilvl w:val="0"/>
          <w:numId w:val="0"/>
        </w:numPr>
        <w:spacing w:after="240" w:line="240" w:lineRule="auto"/>
        <w:ind w:firstLine="357"/>
        <w:contextualSpacing w:val="0"/>
        <w:jc w:val="both"/>
        <w:rPr>
          <w:rFonts w:cs="Arial"/>
          <w:sz w:val="22"/>
          <w:lang w:val="es-ES"/>
        </w:rPr>
      </w:pPr>
      <w:r w:rsidRPr="007C3D68">
        <w:rPr>
          <w:rFonts w:cs="Arial"/>
          <w:sz w:val="22"/>
          <w:lang w:val="es-ES"/>
        </w:rPr>
        <w:t xml:space="preserve">Laboratorio 2. </w:t>
      </w:r>
      <w:r w:rsidRPr="007C3D68">
        <w:rPr>
          <w:rFonts w:cs="Arial"/>
          <w:sz w:val="22"/>
        </w:rPr>
        <w:fldChar w:fldCharType="begin">
          <w:ffData>
            <w:name w:val=""/>
            <w:enabled/>
            <w:calcOnExit w:val="0"/>
            <w:textInput/>
          </w:ffData>
        </w:fldChar>
      </w:r>
      <w:r w:rsidRPr="007C3D68">
        <w:rPr>
          <w:rFonts w:cs="Arial"/>
          <w:sz w:val="22"/>
          <w:lang w:val="es-ES"/>
        </w:rPr>
        <w:instrText xml:space="preserve"> FORMTEXT </w:instrText>
      </w:r>
      <w:r w:rsidRPr="007C3D68">
        <w:rPr>
          <w:rFonts w:cs="Arial"/>
          <w:sz w:val="22"/>
        </w:rPr>
      </w:r>
      <w:r w:rsidRPr="007C3D68">
        <w:rPr>
          <w:rFonts w:cs="Arial"/>
          <w:sz w:val="22"/>
        </w:rPr>
        <w:fldChar w:fldCharType="separate"/>
      </w:r>
      <w:r w:rsidRPr="007C3D68">
        <w:rPr>
          <w:rFonts w:cs="Arial"/>
          <w:sz w:val="22"/>
        </w:rPr>
        <w:t> </w:t>
      </w:r>
      <w:r w:rsidRPr="007C3D68">
        <w:rPr>
          <w:rFonts w:cs="Arial"/>
          <w:sz w:val="22"/>
        </w:rPr>
        <w:t> </w:t>
      </w:r>
      <w:r w:rsidRPr="007C3D68">
        <w:rPr>
          <w:rFonts w:cs="Arial"/>
          <w:sz w:val="22"/>
        </w:rPr>
        <w:t> </w:t>
      </w:r>
      <w:r w:rsidRPr="007C3D68">
        <w:rPr>
          <w:rFonts w:cs="Arial"/>
          <w:sz w:val="22"/>
        </w:rPr>
        <w:t> </w:t>
      </w:r>
      <w:r w:rsidRPr="007C3D68">
        <w:rPr>
          <w:rFonts w:cs="Arial"/>
          <w:sz w:val="22"/>
        </w:rPr>
        <w:t> </w:t>
      </w:r>
      <w:r w:rsidRPr="007C3D68">
        <w:rPr>
          <w:rFonts w:cs="Arial"/>
          <w:sz w:val="22"/>
        </w:rPr>
        <w:fldChar w:fldCharType="end"/>
      </w:r>
    </w:p>
    <w:p w14:paraId="4EDCA7E8" w14:textId="43C982F1" w:rsidR="0020366B" w:rsidRPr="007C3D68" w:rsidRDefault="0020366B" w:rsidP="00D071CE">
      <w:pPr>
        <w:spacing w:after="120" w:line="240" w:lineRule="auto"/>
        <w:jc w:val="both"/>
        <w:rPr>
          <w:rFonts w:cs="Arial"/>
          <w:sz w:val="22"/>
          <w:lang w:val="es-ES"/>
        </w:rPr>
      </w:pPr>
      <w:r w:rsidRPr="007C3D68">
        <w:rPr>
          <w:rFonts w:cs="Arial"/>
          <w:sz w:val="22"/>
          <w:lang w:val="es-ES"/>
        </w:rPr>
        <w:t>con el proyecto:</w:t>
      </w:r>
    </w:p>
    <w:p w14:paraId="776A86CB" w14:textId="77777777" w:rsidR="0020366B" w:rsidRPr="007C3D68" w:rsidRDefault="0020366B" w:rsidP="00237B96">
      <w:pPr>
        <w:spacing w:after="100" w:line="240" w:lineRule="auto"/>
        <w:ind w:firstLine="425"/>
        <w:jc w:val="both"/>
        <w:rPr>
          <w:rFonts w:cs="Arial"/>
          <w:sz w:val="22"/>
          <w:lang w:val="es-ES"/>
        </w:rPr>
      </w:pPr>
      <w:r w:rsidRPr="007C3D68">
        <w:rPr>
          <w:rFonts w:cs="Arial"/>
          <w:sz w:val="22"/>
          <w:lang w:val="es-ES"/>
        </w:rPr>
        <w:t xml:space="preserve">Título del proyecto: </w:t>
      </w:r>
      <w:r w:rsidRPr="007C3D68">
        <w:rPr>
          <w:rFonts w:cs="Arial"/>
          <w:sz w:val="22"/>
        </w:rPr>
        <w:fldChar w:fldCharType="begin">
          <w:ffData>
            <w:name w:val=""/>
            <w:enabled/>
            <w:calcOnExit w:val="0"/>
            <w:textInput/>
          </w:ffData>
        </w:fldChar>
      </w:r>
      <w:r w:rsidRPr="007C3D68">
        <w:rPr>
          <w:rFonts w:cs="Arial"/>
          <w:sz w:val="22"/>
          <w:lang w:val="es-ES"/>
        </w:rPr>
        <w:instrText xml:space="preserve"> FORMTEXT </w:instrText>
      </w:r>
      <w:r w:rsidRPr="007C3D68">
        <w:rPr>
          <w:rFonts w:cs="Arial"/>
          <w:sz w:val="22"/>
        </w:rPr>
      </w:r>
      <w:r w:rsidRPr="007C3D68">
        <w:rPr>
          <w:rFonts w:cs="Arial"/>
          <w:sz w:val="22"/>
        </w:rPr>
        <w:fldChar w:fldCharType="separate"/>
      </w:r>
      <w:r w:rsidRPr="007C3D68">
        <w:rPr>
          <w:rFonts w:cs="Arial"/>
          <w:sz w:val="22"/>
        </w:rPr>
        <w:t> </w:t>
      </w:r>
      <w:r w:rsidRPr="007C3D68">
        <w:rPr>
          <w:rFonts w:cs="Arial"/>
          <w:sz w:val="22"/>
        </w:rPr>
        <w:t> </w:t>
      </w:r>
      <w:r w:rsidRPr="007C3D68">
        <w:rPr>
          <w:rFonts w:cs="Arial"/>
          <w:sz w:val="22"/>
        </w:rPr>
        <w:t> </w:t>
      </w:r>
      <w:r w:rsidRPr="007C3D68">
        <w:rPr>
          <w:rFonts w:cs="Arial"/>
          <w:sz w:val="22"/>
        </w:rPr>
        <w:t> </w:t>
      </w:r>
      <w:r w:rsidRPr="007C3D68">
        <w:rPr>
          <w:rFonts w:cs="Arial"/>
          <w:sz w:val="22"/>
        </w:rPr>
        <w:t> </w:t>
      </w:r>
      <w:r w:rsidRPr="007C3D68">
        <w:rPr>
          <w:rFonts w:cs="Arial"/>
          <w:sz w:val="22"/>
        </w:rPr>
        <w:fldChar w:fldCharType="end"/>
      </w:r>
    </w:p>
    <w:p w14:paraId="4CC21A66" w14:textId="77777777" w:rsidR="0020366B" w:rsidRPr="007C3D68" w:rsidRDefault="0020366B" w:rsidP="00237B96">
      <w:pPr>
        <w:spacing w:after="240" w:line="240" w:lineRule="auto"/>
        <w:ind w:firstLine="425"/>
        <w:jc w:val="both"/>
        <w:rPr>
          <w:rFonts w:cs="Arial"/>
          <w:sz w:val="22"/>
          <w:lang w:val="es-ES"/>
        </w:rPr>
      </w:pPr>
      <w:r w:rsidRPr="007C3D68">
        <w:rPr>
          <w:rFonts w:cs="Arial"/>
          <w:sz w:val="22"/>
          <w:lang w:val="es-ES"/>
        </w:rPr>
        <w:t xml:space="preserve">Breve descripción del proyecto: </w:t>
      </w:r>
      <w:r w:rsidRPr="007C3D68">
        <w:rPr>
          <w:rFonts w:cs="Arial"/>
          <w:sz w:val="22"/>
        </w:rPr>
        <w:fldChar w:fldCharType="begin">
          <w:ffData>
            <w:name w:val=""/>
            <w:enabled/>
            <w:calcOnExit w:val="0"/>
            <w:textInput/>
          </w:ffData>
        </w:fldChar>
      </w:r>
      <w:r w:rsidRPr="007C3D68">
        <w:rPr>
          <w:rFonts w:cs="Arial"/>
          <w:sz w:val="22"/>
          <w:lang w:val="es-ES"/>
        </w:rPr>
        <w:instrText xml:space="preserve"> FORMTEXT </w:instrText>
      </w:r>
      <w:r w:rsidRPr="007C3D68">
        <w:rPr>
          <w:rFonts w:cs="Arial"/>
          <w:sz w:val="22"/>
        </w:rPr>
      </w:r>
      <w:r w:rsidRPr="007C3D68">
        <w:rPr>
          <w:rFonts w:cs="Arial"/>
          <w:sz w:val="22"/>
        </w:rPr>
        <w:fldChar w:fldCharType="separate"/>
      </w:r>
      <w:r w:rsidRPr="007C3D68">
        <w:rPr>
          <w:rFonts w:cs="Arial"/>
          <w:sz w:val="22"/>
        </w:rPr>
        <w:t> </w:t>
      </w:r>
      <w:r w:rsidRPr="007C3D68">
        <w:rPr>
          <w:rFonts w:cs="Arial"/>
          <w:sz w:val="22"/>
        </w:rPr>
        <w:t> </w:t>
      </w:r>
      <w:r w:rsidRPr="007C3D68">
        <w:rPr>
          <w:rFonts w:cs="Arial"/>
          <w:sz w:val="22"/>
        </w:rPr>
        <w:t> </w:t>
      </w:r>
      <w:r w:rsidRPr="007C3D68">
        <w:rPr>
          <w:rFonts w:cs="Arial"/>
          <w:sz w:val="22"/>
        </w:rPr>
        <w:t> </w:t>
      </w:r>
      <w:r w:rsidRPr="007C3D68">
        <w:rPr>
          <w:rFonts w:cs="Arial"/>
          <w:sz w:val="22"/>
        </w:rPr>
        <w:t> </w:t>
      </w:r>
      <w:r w:rsidRPr="007C3D68">
        <w:rPr>
          <w:rFonts w:cs="Arial"/>
          <w:sz w:val="22"/>
        </w:rPr>
        <w:fldChar w:fldCharType="end"/>
      </w:r>
    </w:p>
    <w:p w14:paraId="3B869E86" w14:textId="77777777" w:rsidR="00237B96" w:rsidRDefault="0020366B" w:rsidP="00D071CE">
      <w:pPr>
        <w:spacing w:after="120" w:line="240" w:lineRule="auto"/>
        <w:jc w:val="both"/>
        <w:rPr>
          <w:rFonts w:cs="Arial"/>
          <w:sz w:val="22"/>
          <w:lang w:val="es-ES"/>
        </w:rPr>
      </w:pPr>
      <w:r w:rsidRPr="007C3D68">
        <w:rPr>
          <w:rFonts w:cs="Arial"/>
          <w:sz w:val="22"/>
          <w:lang w:val="es-ES"/>
        </w:rPr>
        <w:t xml:space="preserve">Persona de contacto para notificación electrónica: </w:t>
      </w:r>
    </w:p>
    <w:p w14:paraId="67846818" w14:textId="04B6443B" w:rsidR="00237B96" w:rsidRPr="00237B96" w:rsidRDefault="0020366B" w:rsidP="00237B96">
      <w:pPr>
        <w:spacing w:after="100" w:line="240" w:lineRule="auto"/>
        <w:ind w:left="425"/>
        <w:jc w:val="both"/>
        <w:rPr>
          <w:rFonts w:cs="Arial"/>
          <w:b/>
          <w:sz w:val="22"/>
          <w:u w:val="single"/>
          <w:lang w:val="es-ES"/>
        </w:rPr>
      </w:pPr>
      <w:r w:rsidRPr="007C3D68">
        <w:rPr>
          <w:rFonts w:cs="Arial"/>
          <w:sz w:val="22"/>
          <w:lang w:val="es-ES"/>
        </w:rPr>
        <w:t>nombre y apellidos</w:t>
      </w:r>
      <w:r w:rsidR="00237B96">
        <w:rPr>
          <w:rFonts w:cs="Arial"/>
          <w:sz w:val="22"/>
          <w:lang w:val="es-ES"/>
        </w:rPr>
        <w:t>:</w:t>
      </w:r>
      <w:r w:rsidR="00237B96" w:rsidRPr="00237B96">
        <w:rPr>
          <w:rFonts w:cs="Arial"/>
          <w:sz w:val="22"/>
          <w:lang w:val="es-ES"/>
        </w:rPr>
        <w:t xml:space="preserve"> </w:t>
      </w:r>
      <w:r w:rsidR="00237B96" w:rsidRPr="007C3D68">
        <w:rPr>
          <w:rFonts w:cs="Arial"/>
          <w:sz w:val="22"/>
        </w:rPr>
        <w:fldChar w:fldCharType="begin">
          <w:ffData>
            <w:name w:val=""/>
            <w:enabled/>
            <w:calcOnExit w:val="0"/>
            <w:textInput/>
          </w:ffData>
        </w:fldChar>
      </w:r>
      <w:r w:rsidR="00237B96" w:rsidRPr="00237B96">
        <w:rPr>
          <w:rFonts w:cs="Arial"/>
          <w:sz w:val="22"/>
          <w:lang w:val="es-ES"/>
        </w:rPr>
        <w:instrText xml:space="preserve"> FORMTEXT </w:instrText>
      </w:r>
      <w:r w:rsidR="00237B96" w:rsidRPr="007C3D68">
        <w:rPr>
          <w:rFonts w:cs="Arial"/>
          <w:sz w:val="22"/>
        </w:rPr>
      </w:r>
      <w:r w:rsidR="00237B96" w:rsidRPr="007C3D68">
        <w:rPr>
          <w:rFonts w:cs="Arial"/>
          <w:sz w:val="22"/>
        </w:rPr>
        <w:fldChar w:fldCharType="separate"/>
      </w:r>
      <w:r w:rsidR="00237B96" w:rsidRPr="007C3D68">
        <w:rPr>
          <w:rFonts w:cs="Arial"/>
          <w:noProof/>
          <w:sz w:val="22"/>
        </w:rPr>
        <w:t> </w:t>
      </w:r>
      <w:r w:rsidR="00237B96" w:rsidRPr="007C3D68">
        <w:rPr>
          <w:rFonts w:cs="Arial"/>
          <w:noProof/>
          <w:sz w:val="22"/>
        </w:rPr>
        <w:t> </w:t>
      </w:r>
      <w:r w:rsidR="00237B96" w:rsidRPr="007C3D68">
        <w:rPr>
          <w:rFonts w:cs="Arial"/>
          <w:noProof/>
          <w:sz w:val="22"/>
        </w:rPr>
        <w:t> </w:t>
      </w:r>
      <w:r w:rsidR="00237B96" w:rsidRPr="007C3D68">
        <w:rPr>
          <w:rFonts w:cs="Arial"/>
          <w:noProof/>
          <w:sz w:val="22"/>
        </w:rPr>
        <w:t> </w:t>
      </w:r>
      <w:r w:rsidR="00237B96" w:rsidRPr="007C3D68">
        <w:rPr>
          <w:rFonts w:cs="Arial"/>
          <w:noProof/>
          <w:sz w:val="22"/>
        </w:rPr>
        <w:t> </w:t>
      </w:r>
      <w:r w:rsidR="00237B96" w:rsidRPr="007C3D68">
        <w:rPr>
          <w:rFonts w:cs="Arial"/>
          <w:sz w:val="22"/>
        </w:rPr>
        <w:fldChar w:fldCharType="end"/>
      </w:r>
    </w:p>
    <w:p w14:paraId="40205063" w14:textId="77777777" w:rsidR="00237B96" w:rsidRPr="00237B96" w:rsidRDefault="0020366B" w:rsidP="00237B96">
      <w:pPr>
        <w:spacing w:after="100" w:line="240" w:lineRule="auto"/>
        <w:ind w:left="425"/>
        <w:jc w:val="both"/>
        <w:rPr>
          <w:rFonts w:cs="Arial"/>
          <w:sz w:val="22"/>
          <w:lang w:val="es-ES"/>
        </w:rPr>
      </w:pPr>
      <w:r w:rsidRPr="007C3D68">
        <w:rPr>
          <w:rFonts w:cs="Arial"/>
          <w:sz w:val="22"/>
          <w:lang w:val="es-ES"/>
        </w:rPr>
        <w:t>NIF</w:t>
      </w:r>
      <w:r w:rsidR="00237B96">
        <w:rPr>
          <w:rFonts w:cs="Arial"/>
          <w:sz w:val="22"/>
          <w:lang w:val="es-ES"/>
        </w:rPr>
        <w:t xml:space="preserve">: </w:t>
      </w:r>
      <w:r w:rsidR="00237B96" w:rsidRPr="007C3D68">
        <w:rPr>
          <w:rFonts w:cs="Arial"/>
          <w:sz w:val="22"/>
        </w:rPr>
        <w:fldChar w:fldCharType="begin">
          <w:ffData>
            <w:name w:val=""/>
            <w:enabled/>
            <w:calcOnExit w:val="0"/>
            <w:textInput/>
          </w:ffData>
        </w:fldChar>
      </w:r>
      <w:r w:rsidR="00237B96" w:rsidRPr="00237B96">
        <w:rPr>
          <w:rFonts w:cs="Arial"/>
          <w:sz w:val="22"/>
          <w:lang w:val="es-ES"/>
        </w:rPr>
        <w:instrText xml:space="preserve"> FORMTEXT </w:instrText>
      </w:r>
      <w:r w:rsidR="00237B96" w:rsidRPr="007C3D68">
        <w:rPr>
          <w:rFonts w:cs="Arial"/>
          <w:sz w:val="22"/>
        </w:rPr>
      </w:r>
      <w:r w:rsidR="00237B96" w:rsidRPr="007C3D68">
        <w:rPr>
          <w:rFonts w:cs="Arial"/>
          <w:sz w:val="22"/>
        </w:rPr>
        <w:fldChar w:fldCharType="separate"/>
      </w:r>
      <w:r w:rsidR="00237B96" w:rsidRPr="007C3D68">
        <w:rPr>
          <w:rFonts w:cs="Arial"/>
          <w:noProof/>
          <w:sz w:val="22"/>
        </w:rPr>
        <w:t> </w:t>
      </w:r>
      <w:r w:rsidR="00237B96" w:rsidRPr="007C3D68">
        <w:rPr>
          <w:rFonts w:cs="Arial"/>
          <w:noProof/>
          <w:sz w:val="22"/>
        </w:rPr>
        <w:t> </w:t>
      </w:r>
      <w:r w:rsidR="00237B96" w:rsidRPr="007C3D68">
        <w:rPr>
          <w:rFonts w:cs="Arial"/>
          <w:noProof/>
          <w:sz w:val="22"/>
        </w:rPr>
        <w:t> </w:t>
      </w:r>
      <w:r w:rsidR="00237B96" w:rsidRPr="007C3D68">
        <w:rPr>
          <w:rFonts w:cs="Arial"/>
          <w:noProof/>
          <w:sz w:val="22"/>
        </w:rPr>
        <w:t> </w:t>
      </w:r>
      <w:r w:rsidR="00237B96" w:rsidRPr="007C3D68">
        <w:rPr>
          <w:rFonts w:cs="Arial"/>
          <w:noProof/>
          <w:sz w:val="22"/>
        </w:rPr>
        <w:t> </w:t>
      </w:r>
      <w:r w:rsidR="00237B96" w:rsidRPr="007C3D68">
        <w:rPr>
          <w:rFonts w:cs="Arial"/>
          <w:sz w:val="22"/>
        </w:rPr>
        <w:fldChar w:fldCharType="end"/>
      </w:r>
    </w:p>
    <w:p w14:paraId="42F9CBA9" w14:textId="5E390934" w:rsidR="00237B96" w:rsidRPr="004D66F9" w:rsidRDefault="00237B96" w:rsidP="00237B96">
      <w:pPr>
        <w:spacing w:after="100" w:line="240" w:lineRule="auto"/>
        <w:ind w:left="425"/>
        <w:jc w:val="both"/>
        <w:rPr>
          <w:rFonts w:cs="Arial"/>
          <w:sz w:val="22"/>
          <w:lang w:val="es-ES"/>
        </w:rPr>
      </w:pPr>
      <w:r>
        <w:rPr>
          <w:rFonts w:cs="Arial"/>
          <w:sz w:val="22"/>
          <w:lang w:val="es-ES"/>
        </w:rPr>
        <w:t>E</w:t>
      </w:r>
      <w:r w:rsidR="0020366B" w:rsidRPr="007C3D68">
        <w:rPr>
          <w:rFonts w:cs="Arial"/>
          <w:sz w:val="22"/>
          <w:lang w:val="es-ES"/>
        </w:rPr>
        <w:t>-mail</w:t>
      </w:r>
      <w:r>
        <w:rPr>
          <w:rFonts w:cs="Arial"/>
          <w:sz w:val="22"/>
          <w:lang w:val="es-ES"/>
        </w:rPr>
        <w:t xml:space="preserve">: </w:t>
      </w:r>
      <w:r w:rsidRPr="007C3D68">
        <w:rPr>
          <w:rFonts w:cs="Arial"/>
          <w:sz w:val="22"/>
        </w:rPr>
        <w:fldChar w:fldCharType="begin">
          <w:ffData>
            <w:name w:val=""/>
            <w:enabled/>
            <w:calcOnExit w:val="0"/>
            <w:textInput/>
          </w:ffData>
        </w:fldChar>
      </w:r>
      <w:r w:rsidRPr="00237B96">
        <w:rPr>
          <w:rFonts w:cs="Arial"/>
          <w:sz w:val="22"/>
          <w:lang w:val="es-ES"/>
        </w:rPr>
        <w:instrText xml:space="preserve"> FORMTEXT </w:instrText>
      </w:r>
      <w:r w:rsidRPr="007C3D68">
        <w:rPr>
          <w:rFonts w:cs="Arial"/>
          <w:sz w:val="22"/>
        </w:rPr>
      </w:r>
      <w:r w:rsidRPr="007C3D68">
        <w:rPr>
          <w:rFonts w:cs="Arial"/>
          <w:sz w:val="22"/>
        </w:rPr>
        <w:fldChar w:fldCharType="separate"/>
      </w:r>
      <w:r w:rsidRPr="007C3D68">
        <w:rPr>
          <w:rFonts w:cs="Arial"/>
          <w:noProof/>
          <w:sz w:val="22"/>
        </w:rPr>
        <w:t> </w:t>
      </w:r>
      <w:r w:rsidRPr="007C3D68">
        <w:rPr>
          <w:rFonts w:cs="Arial"/>
          <w:noProof/>
          <w:sz w:val="22"/>
        </w:rPr>
        <w:t> </w:t>
      </w:r>
      <w:r w:rsidRPr="007C3D68">
        <w:rPr>
          <w:rFonts w:cs="Arial"/>
          <w:noProof/>
          <w:sz w:val="22"/>
        </w:rPr>
        <w:t> </w:t>
      </w:r>
      <w:r w:rsidRPr="007C3D68">
        <w:rPr>
          <w:rFonts w:cs="Arial"/>
          <w:noProof/>
          <w:sz w:val="22"/>
        </w:rPr>
        <w:t> </w:t>
      </w:r>
      <w:r w:rsidRPr="007C3D68">
        <w:rPr>
          <w:rFonts w:cs="Arial"/>
          <w:noProof/>
          <w:sz w:val="22"/>
        </w:rPr>
        <w:t> </w:t>
      </w:r>
      <w:r w:rsidRPr="007C3D68">
        <w:rPr>
          <w:rFonts w:cs="Arial"/>
          <w:sz w:val="22"/>
        </w:rPr>
        <w:fldChar w:fldCharType="end"/>
      </w:r>
    </w:p>
    <w:p w14:paraId="1DA571AC" w14:textId="59C70438" w:rsidR="0020366B" w:rsidRPr="007C3D68" w:rsidRDefault="00237B96" w:rsidP="00237B96">
      <w:pPr>
        <w:spacing w:after="120" w:line="240" w:lineRule="auto"/>
        <w:ind w:left="426"/>
        <w:jc w:val="both"/>
        <w:rPr>
          <w:rFonts w:cs="Arial"/>
          <w:sz w:val="22"/>
          <w:lang w:val="es-ES"/>
        </w:rPr>
      </w:pPr>
      <w:r w:rsidRPr="00237B96">
        <w:rPr>
          <w:rFonts w:cs="Arial"/>
          <w:sz w:val="22"/>
          <w:lang w:val="es-ES"/>
        </w:rPr>
        <w:t>T</w:t>
      </w:r>
      <w:r w:rsidR="0020366B" w:rsidRPr="007C3D68">
        <w:rPr>
          <w:rFonts w:cs="Arial"/>
          <w:sz w:val="22"/>
          <w:lang w:val="es-ES"/>
        </w:rPr>
        <w:t>eléfono de contacto</w:t>
      </w:r>
      <w:r>
        <w:rPr>
          <w:rFonts w:cs="Arial"/>
          <w:sz w:val="22"/>
          <w:lang w:val="es-ES"/>
        </w:rPr>
        <w:t xml:space="preserve">: </w:t>
      </w:r>
      <w:r w:rsidRPr="007C3D68">
        <w:rPr>
          <w:rFonts w:cs="Arial"/>
          <w:sz w:val="22"/>
        </w:rPr>
        <w:fldChar w:fldCharType="begin">
          <w:ffData>
            <w:name w:val=""/>
            <w:enabled/>
            <w:calcOnExit w:val="0"/>
            <w:textInput/>
          </w:ffData>
        </w:fldChar>
      </w:r>
      <w:r w:rsidRPr="00237B96">
        <w:rPr>
          <w:rFonts w:cs="Arial"/>
          <w:sz w:val="22"/>
          <w:lang w:val="es-ES"/>
        </w:rPr>
        <w:instrText xml:space="preserve"> FORMTEXT </w:instrText>
      </w:r>
      <w:r w:rsidRPr="007C3D68">
        <w:rPr>
          <w:rFonts w:cs="Arial"/>
          <w:sz w:val="22"/>
        </w:rPr>
      </w:r>
      <w:r w:rsidRPr="007C3D68">
        <w:rPr>
          <w:rFonts w:cs="Arial"/>
          <w:sz w:val="22"/>
        </w:rPr>
        <w:fldChar w:fldCharType="separate"/>
      </w:r>
      <w:r w:rsidRPr="007C3D68">
        <w:rPr>
          <w:rFonts w:cs="Arial"/>
          <w:noProof/>
          <w:sz w:val="22"/>
        </w:rPr>
        <w:t> </w:t>
      </w:r>
      <w:r w:rsidRPr="007C3D68">
        <w:rPr>
          <w:rFonts w:cs="Arial"/>
          <w:noProof/>
          <w:sz w:val="22"/>
        </w:rPr>
        <w:t> </w:t>
      </w:r>
      <w:r w:rsidRPr="007C3D68">
        <w:rPr>
          <w:rFonts w:cs="Arial"/>
          <w:noProof/>
          <w:sz w:val="22"/>
        </w:rPr>
        <w:t> </w:t>
      </w:r>
      <w:r w:rsidRPr="007C3D68">
        <w:rPr>
          <w:rFonts w:cs="Arial"/>
          <w:noProof/>
          <w:sz w:val="22"/>
        </w:rPr>
        <w:t> </w:t>
      </w:r>
      <w:r w:rsidRPr="007C3D68">
        <w:rPr>
          <w:rFonts w:cs="Arial"/>
          <w:noProof/>
          <w:sz w:val="22"/>
        </w:rPr>
        <w:t> </w:t>
      </w:r>
      <w:r w:rsidRPr="007C3D68">
        <w:rPr>
          <w:rFonts w:cs="Arial"/>
          <w:sz w:val="22"/>
        </w:rPr>
        <w:fldChar w:fldCharType="end"/>
      </w:r>
    </w:p>
    <w:p w14:paraId="18F5D8EE" w14:textId="77777777" w:rsidR="0020366B" w:rsidRPr="007C3D68" w:rsidRDefault="0020366B" w:rsidP="00237B96">
      <w:pPr>
        <w:spacing w:before="240" w:after="240" w:line="240" w:lineRule="auto"/>
        <w:jc w:val="center"/>
        <w:rPr>
          <w:rFonts w:cs="Arial"/>
          <w:b/>
          <w:sz w:val="22"/>
          <w:u w:val="single"/>
          <w:lang w:val="es-ES"/>
        </w:rPr>
      </w:pPr>
      <w:r w:rsidRPr="007C3D68">
        <w:rPr>
          <w:rFonts w:cs="Arial"/>
          <w:b/>
          <w:sz w:val="22"/>
          <w:u w:val="single"/>
          <w:lang w:val="es-ES"/>
        </w:rPr>
        <w:t>APORTA:</w:t>
      </w:r>
    </w:p>
    <w:p w14:paraId="2A8FE6B9" w14:textId="77777777" w:rsidR="0020366B" w:rsidRPr="007C3D68" w:rsidRDefault="0020366B" w:rsidP="00D071CE">
      <w:pPr>
        <w:spacing w:after="120" w:line="240" w:lineRule="auto"/>
        <w:jc w:val="both"/>
        <w:rPr>
          <w:rFonts w:cs="Arial"/>
          <w:sz w:val="22"/>
          <w:lang w:val="es-ES"/>
        </w:rPr>
      </w:pPr>
      <w:r w:rsidRPr="007C3D68">
        <w:rPr>
          <w:rFonts w:cs="Arial"/>
          <w:sz w:val="22"/>
          <w:lang w:val="es-ES"/>
        </w:rPr>
        <w:t>La documentación indicada a continuación y que se adjunta a esta solicitud:</w:t>
      </w:r>
    </w:p>
    <w:p w14:paraId="6D930CE3" w14:textId="27FCCB51" w:rsidR="0020366B" w:rsidRPr="007C3D68" w:rsidRDefault="0020366B" w:rsidP="00D071CE">
      <w:pPr>
        <w:tabs>
          <w:tab w:val="left" w:pos="993"/>
        </w:tabs>
        <w:spacing w:after="120" w:line="240" w:lineRule="auto"/>
        <w:ind w:left="284" w:hanging="284"/>
        <w:rPr>
          <w:rFonts w:cs="Arial"/>
          <w:b/>
          <w:sz w:val="22"/>
          <w:lang w:val="es-ES"/>
        </w:rPr>
      </w:pPr>
      <w:r w:rsidRPr="007C3D68">
        <w:rPr>
          <w:rFonts w:cs="Arial"/>
          <w:sz w:val="22"/>
        </w:rPr>
        <w:fldChar w:fldCharType="begin">
          <w:ffData>
            <w:name w:val=""/>
            <w:enabled/>
            <w:calcOnExit w:val="0"/>
            <w:checkBox>
              <w:sizeAuto/>
              <w:default w:val="0"/>
            </w:checkBox>
          </w:ffData>
        </w:fldChar>
      </w:r>
      <w:r w:rsidRPr="007C3D68">
        <w:rPr>
          <w:rFonts w:cs="Arial"/>
          <w:sz w:val="22"/>
          <w:lang w:val="es-ES"/>
        </w:rPr>
        <w:instrText xml:space="preserve"> FORMCHECKBOX </w:instrText>
      </w:r>
      <w:r w:rsidRPr="007C3D68">
        <w:rPr>
          <w:rFonts w:cs="Arial"/>
          <w:sz w:val="22"/>
        </w:rPr>
      </w:r>
      <w:r w:rsidRPr="007C3D68">
        <w:rPr>
          <w:rFonts w:cs="Arial"/>
          <w:sz w:val="22"/>
        </w:rPr>
        <w:fldChar w:fldCharType="separate"/>
      </w:r>
      <w:r w:rsidRPr="007C3D68">
        <w:rPr>
          <w:rFonts w:cs="Arial"/>
          <w:sz w:val="22"/>
        </w:rPr>
        <w:fldChar w:fldCharType="end"/>
      </w:r>
      <w:r w:rsidRPr="007C3D68">
        <w:rPr>
          <w:rFonts w:cs="Arial"/>
          <w:sz w:val="22"/>
          <w:lang w:val="es-ES"/>
        </w:rPr>
        <w:t xml:space="preserve"> </w:t>
      </w:r>
      <w:r w:rsidRPr="007C3D68">
        <w:rPr>
          <w:rFonts w:cs="Arial"/>
          <w:b/>
          <w:sz w:val="22"/>
          <w:lang w:val="es-ES"/>
        </w:rPr>
        <w:t>Memoria de proyecto</w:t>
      </w:r>
    </w:p>
    <w:p w14:paraId="3D625DD2" w14:textId="77777777" w:rsidR="0020366B" w:rsidRPr="007C3D68" w:rsidRDefault="0020366B" w:rsidP="00D071CE">
      <w:pPr>
        <w:spacing w:after="120" w:line="240" w:lineRule="auto"/>
        <w:ind w:left="426"/>
        <w:jc w:val="both"/>
        <w:rPr>
          <w:rFonts w:cs="Arial"/>
          <w:i/>
          <w:iCs/>
          <w:sz w:val="22"/>
          <w:lang w:val="es-ES"/>
        </w:rPr>
      </w:pPr>
      <w:r w:rsidRPr="007C3D68">
        <w:rPr>
          <w:rFonts w:cs="Arial"/>
          <w:i/>
          <w:iCs/>
          <w:sz w:val="22"/>
          <w:lang w:val="es-ES"/>
        </w:rPr>
        <w:t>Los solicitantes deberán presentar una Memoria Descriptiva del Proyecto, con una extensión suficiente para su adecuada valoración, en la que se describa de forma clara, detallada y estructurada la propuesta presentada.</w:t>
      </w:r>
    </w:p>
    <w:p w14:paraId="0C947D82" w14:textId="77777777" w:rsidR="0020366B" w:rsidRPr="007C3D68" w:rsidRDefault="0020366B" w:rsidP="00D071CE">
      <w:pPr>
        <w:spacing w:after="120" w:line="240" w:lineRule="auto"/>
        <w:ind w:left="284" w:hanging="284"/>
        <w:jc w:val="both"/>
        <w:rPr>
          <w:rFonts w:cs="Arial"/>
          <w:sz w:val="22"/>
          <w:lang w:val="es-ES"/>
        </w:rPr>
      </w:pPr>
      <w:r w:rsidRPr="007C3D68">
        <w:rPr>
          <w:rFonts w:cs="Arial"/>
          <w:sz w:val="22"/>
        </w:rPr>
        <w:fldChar w:fldCharType="begin">
          <w:ffData>
            <w:name w:val="Casilla26"/>
            <w:enabled/>
            <w:calcOnExit w:val="0"/>
            <w:checkBox>
              <w:sizeAuto/>
              <w:default w:val="0"/>
            </w:checkBox>
          </w:ffData>
        </w:fldChar>
      </w:r>
      <w:r w:rsidRPr="007C3D68">
        <w:rPr>
          <w:rFonts w:cs="Arial"/>
          <w:sz w:val="22"/>
          <w:lang w:val="es-ES"/>
        </w:rPr>
        <w:instrText xml:space="preserve"> FORMCHECKBOX </w:instrText>
      </w:r>
      <w:r w:rsidRPr="007C3D68">
        <w:rPr>
          <w:rFonts w:cs="Arial"/>
          <w:sz w:val="22"/>
        </w:rPr>
      </w:r>
      <w:r w:rsidRPr="007C3D68">
        <w:rPr>
          <w:rFonts w:cs="Arial"/>
          <w:sz w:val="22"/>
        </w:rPr>
        <w:fldChar w:fldCharType="separate"/>
      </w:r>
      <w:r w:rsidRPr="007C3D68">
        <w:rPr>
          <w:rFonts w:cs="Arial"/>
          <w:sz w:val="22"/>
        </w:rPr>
        <w:fldChar w:fldCharType="end"/>
      </w:r>
      <w:r w:rsidRPr="007C3D68">
        <w:rPr>
          <w:rFonts w:cs="Arial"/>
          <w:sz w:val="22"/>
          <w:lang w:val="es-ES"/>
        </w:rPr>
        <w:tab/>
      </w:r>
      <w:r w:rsidRPr="007C3D68">
        <w:rPr>
          <w:rFonts w:cs="Arial"/>
          <w:b/>
          <w:sz w:val="22"/>
          <w:lang w:val="es-ES"/>
        </w:rPr>
        <w:t>Escritura que contenga los estatutos vigentes debidamente inscritos en el Registro correspondiente</w:t>
      </w:r>
      <w:r w:rsidRPr="007C3D68">
        <w:rPr>
          <w:rFonts w:cs="Arial"/>
          <w:sz w:val="22"/>
          <w:lang w:val="es-ES"/>
        </w:rPr>
        <w:t xml:space="preserve">. </w:t>
      </w:r>
    </w:p>
    <w:p w14:paraId="379FAC15" w14:textId="77777777" w:rsidR="0020366B" w:rsidRPr="007C3D68" w:rsidRDefault="0020366B" w:rsidP="00D071CE">
      <w:pPr>
        <w:tabs>
          <w:tab w:val="left" w:pos="284"/>
        </w:tabs>
        <w:spacing w:after="120" w:line="240" w:lineRule="auto"/>
        <w:ind w:left="284" w:hanging="284"/>
        <w:jc w:val="both"/>
        <w:rPr>
          <w:rFonts w:cs="Arial"/>
          <w:sz w:val="22"/>
          <w:lang w:val="es-ES"/>
        </w:rPr>
      </w:pPr>
      <w:r w:rsidRPr="007C3D68">
        <w:rPr>
          <w:rFonts w:cs="Arial"/>
          <w:sz w:val="22"/>
        </w:rPr>
        <w:lastRenderedPageBreak/>
        <w:fldChar w:fldCharType="begin">
          <w:ffData>
            <w:name w:val="Casilla26"/>
            <w:enabled/>
            <w:calcOnExit w:val="0"/>
            <w:checkBox>
              <w:sizeAuto/>
              <w:default w:val="0"/>
            </w:checkBox>
          </w:ffData>
        </w:fldChar>
      </w:r>
      <w:r w:rsidRPr="007C3D68">
        <w:rPr>
          <w:rFonts w:cs="Arial"/>
          <w:sz w:val="22"/>
          <w:lang w:val="es-ES"/>
        </w:rPr>
        <w:instrText xml:space="preserve"> FORMCHECKBOX </w:instrText>
      </w:r>
      <w:r w:rsidRPr="007C3D68">
        <w:rPr>
          <w:rFonts w:cs="Arial"/>
          <w:sz w:val="22"/>
        </w:rPr>
      </w:r>
      <w:r w:rsidRPr="007C3D68">
        <w:rPr>
          <w:rFonts w:cs="Arial"/>
          <w:sz w:val="22"/>
        </w:rPr>
        <w:fldChar w:fldCharType="separate"/>
      </w:r>
      <w:r w:rsidRPr="007C3D68">
        <w:rPr>
          <w:rFonts w:cs="Arial"/>
          <w:sz w:val="22"/>
        </w:rPr>
        <w:fldChar w:fldCharType="end"/>
      </w:r>
      <w:r w:rsidRPr="007C3D68">
        <w:rPr>
          <w:rFonts w:cs="Arial"/>
          <w:sz w:val="22"/>
          <w:lang w:val="es-ES"/>
        </w:rPr>
        <w:tab/>
      </w:r>
      <w:r w:rsidRPr="007C3D68">
        <w:rPr>
          <w:rFonts w:cs="Arial"/>
          <w:b/>
          <w:sz w:val="22"/>
          <w:lang w:val="es-ES"/>
        </w:rPr>
        <w:t>Acreditación de la representación del firmante de la solicitud</w:t>
      </w:r>
      <w:r w:rsidRPr="007C3D68">
        <w:rPr>
          <w:rFonts w:cs="Arial"/>
          <w:sz w:val="22"/>
          <w:lang w:val="es-ES"/>
        </w:rPr>
        <w:t xml:space="preserve">, cuando actúe como representante legal. </w:t>
      </w:r>
    </w:p>
    <w:p w14:paraId="039982E4" w14:textId="77777777" w:rsidR="0020366B" w:rsidRPr="007C3D68" w:rsidRDefault="0020366B" w:rsidP="00D071CE">
      <w:pPr>
        <w:spacing w:after="120" w:line="240" w:lineRule="auto"/>
        <w:ind w:left="284"/>
        <w:jc w:val="both"/>
        <w:rPr>
          <w:rFonts w:cs="Arial"/>
          <w:sz w:val="22"/>
          <w:lang w:val="es-ES_tradnl"/>
        </w:rPr>
      </w:pPr>
      <w:r w:rsidRPr="007C3D68">
        <w:rPr>
          <w:rFonts w:cs="Arial"/>
          <w:sz w:val="22"/>
          <w:lang w:val="es-ES_tradnl"/>
        </w:rPr>
        <w:t>No será necesaria su aportación si se dispone de poder notarial con Código Seguro de Verificación (CSV); o se encuentra inscrito en el Registro Electrónico de Apoderamientos de la Administración General del Estado (Apodera).</w:t>
      </w:r>
    </w:p>
    <w:p w14:paraId="333F0F77" w14:textId="77777777" w:rsidR="0020366B" w:rsidRPr="007C3D68" w:rsidRDefault="0020366B" w:rsidP="00D071CE">
      <w:pPr>
        <w:tabs>
          <w:tab w:val="left" w:pos="284"/>
        </w:tabs>
        <w:spacing w:after="120" w:line="240" w:lineRule="auto"/>
        <w:jc w:val="both"/>
        <w:rPr>
          <w:rFonts w:cs="Arial"/>
          <w:b/>
          <w:sz w:val="22"/>
          <w:lang w:val="es-ES"/>
        </w:rPr>
      </w:pPr>
      <w:r w:rsidRPr="007C3D68">
        <w:rPr>
          <w:rFonts w:cs="Arial"/>
          <w:sz w:val="22"/>
        </w:rPr>
        <w:fldChar w:fldCharType="begin">
          <w:ffData>
            <w:name w:val="Casilla22"/>
            <w:enabled/>
            <w:calcOnExit w:val="0"/>
            <w:checkBox>
              <w:sizeAuto/>
              <w:default w:val="0"/>
            </w:checkBox>
          </w:ffData>
        </w:fldChar>
      </w:r>
      <w:r w:rsidRPr="007C3D68">
        <w:rPr>
          <w:rFonts w:cs="Arial"/>
          <w:sz w:val="22"/>
          <w:lang w:val="es-ES"/>
        </w:rPr>
        <w:instrText xml:space="preserve"> FORMCHECKBOX </w:instrText>
      </w:r>
      <w:r w:rsidRPr="007C3D68">
        <w:rPr>
          <w:rFonts w:cs="Arial"/>
          <w:sz w:val="22"/>
        </w:rPr>
      </w:r>
      <w:r w:rsidRPr="007C3D68">
        <w:rPr>
          <w:rFonts w:cs="Arial"/>
          <w:sz w:val="22"/>
        </w:rPr>
        <w:fldChar w:fldCharType="separate"/>
      </w:r>
      <w:r w:rsidRPr="007C3D68">
        <w:rPr>
          <w:rFonts w:cs="Arial"/>
          <w:sz w:val="22"/>
        </w:rPr>
        <w:fldChar w:fldCharType="end"/>
      </w:r>
      <w:r w:rsidRPr="007C3D68">
        <w:rPr>
          <w:rFonts w:cs="Arial"/>
          <w:sz w:val="22"/>
          <w:lang w:val="es-ES"/>
        </w:rPr>
        <w:tab/>
      </w:r>
      <w:r w:rsidRPr="007C3D68">
        <w:rPr>
          <w:rFonts w:cs="Arial"/>
          <w:b/>
          <w:sz w:val="22"/>
          <w:lang w:val="es-ES"/>
        </w:rPr>
        <w:t xml:space="preserve">Otra documentación complementaria que el solicitante considere de interés </w:t>
      </w:r>
    </w:p>
    <w:p w14:paraId="15410945" w14:textId="77777777" w:rsidR="0020366B" w:rsidRPr="007C3D68" w:rsidRDefault="0020366B" w:rsidP="00D071CE">
      <w:pPr>
        <w:spacing w:after="120" w:line="240" w:lineRule="auto"/>
        <w:ind w:left="284"/>
        <w:jc w:val="both"/>
        <w:rPr>
          <w:rFonts w:cs="Arial"/>
          <w:sz w:val="22"/>
          <w:lang w:val="es-ES"/>
        </w:rPr>
      </w:pPr>
      <w:r w:rsidRPr="007C3D68">
        <w:rPr>
          <w:rFonts w:cs="Arial"/>
          <w:sz w:val="22"/>
          <w:lang w:val="es-ES"/>
        </w:rPr>
        <w:t xml:space="preserve">Se aporta: </w:t>
      </w:r>
      <w:r w:rsidRPr="007C3D68">
        <w:rPr>
          <w:rFonts w:cs="Arial"/>
          <w:sz w:val="22"/>
        </w:rPr>
        <w:fldChar w:fldCharType="begin">
          <w:ffData>
            <w:name w:val="Texto639"/>
            <w:enabled/>
            <w:calcOnExit w:val="0"/>
            <w:textInput/>
          </w:ffData>
        </w:fldChar>
      </w:r>
      <w:bookmarkStart w:id="1" w:name="Texto639"/>
      <w:r w:rsidRPr="007C3D68">
        <w:rPr>
          <w:rFonts w:cs="Arial"/>
          <w:sz w:val="22"/>
          <w:lang w:val="es-ES"/>
        </w:rPr>
        <w:instrText xml:space="preserve"> FORMTEXT </w:instrText>
      </w:r>
      <w:r w:rsidRPr="007C3D68">
        <w:rPr>
          <w:rFonts w:cs="Arial"/>
          <w:sz w:val="22"/>
        </w:rPr>
      </w:r>
      <w:r w:rsidRPr="007C3D68">
        <w:rPr>
          <w:rFonts w:cs="Arial"/>
          <w:sz w:val="22"/>
        </w:rPr>
        <w:fldChar w:fldCharType="separate"/>
      </w:r>
      <w:r w:rsidRPr="007C3D68">
        <w:rPr>
          <w:rFonts w:cs="Arial"/>
          <w:noProof/>
          <w:sz w:val="22"/>
        </w:rPr>
        <w:t> </w:t>
      </w:r>
      <w:r w:rsidRPr="007C3D68">
        <w:rPr>
          <w:rFonts w:cs="Arial"/>
          <w:noProof/>
          <w:sz w:val="22"/>
        </w:rPr>
        <w:t> </w:t>
      </w:r>
      <w:r w:rsidRPr="007C3D68">
        <w:rPr>
          <w:rFonts w:cs="Arial"/>
          <w:noProof/>
          <w:sz w:val="22"/>
        </w:rPr>
        <w:t> </w:t>
      </w:r>
      <w:r w:rsidRPr="007C3D68">
        <w:rPr>
          <w:rFonts w:cs="Arial"/>
          <w:noProof/>
          <w:sz w:val="22"/>
        </w:rPr>
        <w:t> </w:t>
      </w:r>
      <w:r w:rsidRPr="007C3D68">
        <w:rPr>
          <w:rFonts w:cs="Arial"/>
          <w:noProof/>
          <w:sz w:val="22"/>
        </w:rPr>
        <w:t> </w:t>
      </w:r>
      <w:r w:rsidRPr="007C3D68">
        <w:rPr>
          <w:rFonts w:cs="Arial"/>
          <w:sz w:val="22"/>
        </w:rPr>
        <w:fldChar w:fldCharType="end"/>
      </w:r>
      <w:bookmarkEnd w:id="1"/>
    </w:p>
    <w:p w14:paraId="7B0D6904" w14:textId="77777777" w:rsidR="0020366B" w:rsidRPr="007C3D68" w:rsidRDefault="0020366B" w:rsidP="00D071CE">
      <w:pPr>
        <w:spacing w:after="120" w:line="240" w:lineRule="auto"/>
        <w:jc w:val="both"/>
        <w:rPr>
          <w:rFonts w:cs="Arial"/>
          <w:sz w:val="22"/>
          <w:lang w:val="es-ES_tradnl"/>
        </w:rPr>
      </w:pPr>
      <w:r w:rsidRPr="007C3D68">
        <w:rPr>
          <w:rFonts w:cs="Arial"/>
          <w:sz w:val="22"/>
          <w:lang w:val="es-ES_tradnl"/>
        </w:rPr>
        <w:t xml:space="preserve">Con independencia de la documentación señalada, </w:t>
      </w:r>
      <w:r w:rsidRPr="007C3D68">
        <w:rPr>
          <w:rFonts w:cs="Arial"/>
          <w:b/>
          <w:sz w:val="22"/>
          <w:lang w:val="es-ES_tradnl"/>
        </w:rPr>
        <w:t xml:space="preserve">desde la Agencia, se podrá requerir en todo momento, la documentación y/o información complementaria </w:t>
      </w:r>
      <w:r w:rsidRPr="007C3D68">
        <w:rPr>
          <w:rFonts w:cs="Arial"/>
          <w:sz w:val="22"/>
          <w:lang w:val="es-ES_tradnl"/>
        </w:rPr>
        <w:t xml:space="preserve">que en función de las características del proyecto o datos facilitados se estime necesaria. </w:t>
      </w:r>
    </w:p>
    <w:p w14:paraId="4C82AD32" w14:textId="77777777" w:rsidR="0020366B" w:rsidRPr="007C3D68" w:rsidRDefault="0020366B" w:rsidP="00D071CE">
      <w:pPr>
        <w:spacing w:after="120" w:line="240" w:lineRule="auto"/>
        <w:jc w:val="both"/>
        <w:rPr>
          <w:rFonts w:cs="Arial"/>
          <w:sz w:val="22"/>
          <w:lang w:val="es-ES" w:eastAsia="es-ES"/>
        </w:rPr>
      </w:pPr>
      <w:r w:rsidRPr="007C3D68">
        <w:rPr>
          <w:rFonts w:cs="Arial"/>
          <w:sz w:val="22"/>
          <w:lang w:val="es-ES"/>
        </w:rPr>
        <w:t xml:space="preserve">Con la presentación de esta solicitud y de acuerdo con el artículo 28.2 de la Ley 39/2015, de 1 de octubre, de Procedimiento Administrativo Común de las Administraciones Públicas, se presumirá que la consulta u obtención de aquella documentación que haya sido elaborada por cualquier Administración es autorizada por los interesados salvo que conste en el procedimiento su oposición expresa o la ley especial aplicable requiera consentimiento expreso. </w:t>
      </w:r>
    </w:p>
    <w:p w14:paraId="4C3B42FC" w14:textId="77777777" w:rsidR="0020366B" w:rsidRPr="007C3D68" w:rsidRDefault="0020366B" w:rsidP="00D071CE">
      <w:pPr>
        <w:spacing w:after="120" w:line="240" w:lineRule="auto"/>
        <w:jc w:val="both"/>
        <w:rPr>
          <w:rFonts w:cs="Arial"/>
          <w:sz w:val="22"/>
          <w:lang w:val="es-ES_tradnl"/>
        </w:rPr>
      </w:pPr>
      <w:r w:rsidRPr="007C3D68">
        <w:rPr>
          <w:rFonts w:cs="Arial"/>
          <w:sz w:val="22"/>
          <w:lang w:val="es-ES_tradnl"/>
        </w:rPr>
        <w:t>En este sentido la Agencia consultará, a través de las plataformas de intermediación de datos u otros sistemas electrónicos habilitados al efecto, los documentos necesarios para la resolución del procedimiento al que se refiere el presente formulario y que se citan a continuación:</w:t>
      </w:r>
    </w:p>
    <w:p w14:paraId="1885A600" w14:textId="77777777" w:rsidR="0020366B" w:rsidRPr="007C3D68" w:rsidRDefault="0020366B" w:rsidP="00D071CE">
      <w:pPr>
        <w:numPr>
          <w:ilvl w:val="0"/>
          <w:numId w:val="18"/>
        </w:numPr>
        <w:spacing w:after="120" w:line="240" w:lineRule="auto"/>
        <w:ind w:left="284" w:hanging="284"/>
        <w:jc w:val="both"/>
        <w:rPr>
          <w:rFonts w:cs="Arial"/>
          <w:sz w:val="22"/>
          <w:lang w:val="es-ES_tradnl"/>
        </w:rPr>
      </w:pPr>
      <w:r w:rsidRPr="007C3D68">
        <w:rPr>
          <w:rFonts w:cs="Arial"/>
          <w:sz w:val="22"/>
          <w:lang w:val="es-ES_tradnl"/>
        </w:rPr>
        <w:t>A la Agencia Estatal de la Administración Tributaria, la validación del NIF del contribuyente.</w:t>
      </w:r>
    </w:p>
    <w:p w14:paraId="5A3E096B" w14:textId="77777777" w:rsidR="0020366B" w:rsidRPr="007C3D68" w:rsidRDefault="0020366B" w:rsidP="00D071CE">
      <w:pPr>
        <w:numPr>
          <w:ilvl w:val="0"/>
          <w:numId w:val="18"/>
        </w:numPr>
        <w:spacing w:after="120" w:line="240" w:lineRule="auto"/>
        <w:ind w:left="284" w:hanging="284"/>
        <w:jc w:val="both"/>
        <w:rPr>
          <w:rFonts w:cs="Arial"/>
          <w:sz w:val="22"/>
          <w:lang w:val="es-ES_tradnl"/>
        </w:rPr>
      </w:pPr>
      <w:r w:rsidRPr="007C3D68">
        <w:rPr>
          <w:rFonts w:cs="Arial"/>
          <w:sz w:val="22"/>
          <w:lang w:val="es-ES_tradnl"/>
        </w:rPr>
        <w:t>A la Agencia Estatal de la Administración Tributaria, la consulta de hallarse al corriente en el cumplimiento de las obligaciones tributarias estatales.</w:t>
      </w:r>
    </w:p>
    <w:p w14:paraId="18FC2949" w14:textId="77777777" w:rsidR="0020366B" w:rsidRPr="007C3D68" w:rsidRDefault="0020366B" w:rsidP="00D071CE">
      <w:pPr>
        <w:numPr>
          <w:ilvl w:val="0"/>
          <w:numId w:val="18"/>
        </w:numPr>
        <w:spacing w:after="120" w:line="240" w:lineRule="auto"/>
        <w:ind w:left="284" w:hanging="284"/>
        <w:jc w:val="both"/>
        <w:rPr>
          <w:rFonts w:cs="Arial"/>
          <w:sz w:val="22"/>
          <w:lang w:val="es-ES_tradnl"/>
        </w:rPr>
      </w:pPr>
      <w:r w:rsidRPr="007C3D68">
        <w:rPr>
          <w:rFonts w:cs="Arial"/>
          <w:sz w:val="22"/>
          <w:lang w:val="es-ES_tradnl"/>
        </w:rPr>
        <w:t>Al Ente Público de Servicios Tributarios del Principado de Asturias, la consulta de no ser deudor de la Hacienda Pública del Principado de Asturias por deudas vencidas, líquidas y exigibles.</w:t>
      </w:r>
    </w:p>
    <w:p w14:paraId="1CC8A013" w14:textId="77777777" w:rsidR="0020366B" w:rsidRPr="007C3D68" w:rsidRDefault="0020366B" w:rsidP="00D071CE">
      <w:pPr>
        <w:numPr>
          <w:ilvl w:val="0"/>
          <w:numId w:val="18"/>
        </w:numPr>
        <w:spacing w:after="120" w:line="240" w:lineRule="auto"/>
        <w:ind w:left="284" w:hanging="284"/>
        <w:jc w:val="both"/>
        <w:rPr>
          <w:rFonts w:cs="Arial"/>
          <w:sz w:val="22"/>
          <w:lang w:val="es-ES_tradnl"/>
        </w:rPr>
      </w:pPr>
      <w:r w:rsidRPr="007C3D68">
        <w:rPr>
          <w:rFonts w:cs="Arial"/>
          <w:sz w:val="22"/>
          <w:lang w:val="es-ES_tradnl"/>
        </w:rPr>
        <w:t>A la Tesorería General de la Seguridad Social, la consulta de hallarse al corriente en el cumplimiento de las obligaciones frente a la Seguridad Social.</w:t>
      </w:r>
    </w:p>
    <w:p w14:paraId="57B1C87A" w14:textId="4F7033FA" w:rsidR="0020366B" w:rsidRPr="007C3D68" w:rsidRDefault="0020366B" w:rsidP="00D071CE">
      <w:pPr>
        <w:spacing w:after="120" w:line="240" w:lineRule="auto"/>
        <w:jc w:val="both"/>
        <w:rPr>
          <w:rFonts w:cs="Arial"/>
          <w:sz w:val="22"/>
          <w:lang w:val="es-ES_tradnl"/>
        </w:rPr>
      </w:pPr>
      <w:r w:rsidRPr="007C3D68">
        <w:rPr>
          <w:rFonts w:cs="Arial"/>
          <w:sz w:val="22"/>
          <w:lang w:val="es-ES_tradnl"/>
        </w:rPr>
        <w:t xml:space="preserve">Puede ejercer su derecho de oposición aportando junto con su solicitud el formulario que podrá descargarse accediendo a </w:t>
      </w:r>
      <w:hyperlink r:id="rId8" w:history="1">
        <w:r w:rsidR="00953D68" w:rsidRPr="005350FB">
          <w:rPr>
            <w:rStyle w:val="Hipervnculo"/>
            <w:rFonts w:cs="Arial"/>
            <w:sz w:val="22"/>
            <w:lang w:val="es-ES_tradnl"/>
          </w:rPr>
          <w:t>http://www.idepa.es/modelos/derecho_oposicion.doc</w:t>
        </w:r>
      </w:hyperlink>
      <w:r w:rsidRPr="007C3D68">
        <w:rPr>
          <w:rFonts w:cs="Arial"/>
          <w:sz w:val="22"/>
          <w:lang w:val="es-ES_tradnl"/>
        </w:rPr>
        <w:t>. En todo caso, si ejerce el derecho de oposición, deberá aportar los siguientes documentos:</w:t>
      </w:r>
    </w:p>
    <w:p w14:paraId="5A64C669" w14:textId="77777777" w:rsidR="0020366B" w:rsidRPr="007C3D68" w:rsidRDefault="0020366B" w:rsidP="00D071CE">
      <w:pPr>
        <w:numPr>
          <w:ilvl w:val="0"/>
          <w:numId w:val="18"/>
        </w:numPr>
        <w:spacing w:after="120" w:line="240" w:lineRule="auto"/>
        <w:ind w:left="284" w:hanging="284"/>
        <w:jc w:val="both"/>
        <w:rPr>
          <w:rFonts w:cs="Arial"/>
          <w:sz w:val="22"/>
          <w:lang w:val="es-ES"/>
        </w:rPr>
      </w:pPr>
      <w:r w:rsidRPr="007C3D68">
        <w:rPr>
          <w:rFonts w:cs="Arial"/>
          <w:sz w:val="22"/>
        </w:rPr>
        <w:t>NIF de la entidad</w:t>
      </w:r>
    </w:p>
    <w:p w14:paraId="671C9F08" w14:textId="77777777" w:rsidR="0020366B" w:rsidRPr="007C3D68" w:rsidRDefault="0020366B" w:rsidP="00D071CE">
      <w:pPr>
        <w:numPr>
          <w:ilvl w:val="0"/>
          <w:numId w:val="18"/>
        </w:numPr>
        <w:spacing w:after="120" w:line="240" w:lineRule="auto"/>
        <w:ind w:left="284" w:hanging="284"/>
        <w:jc w:val="both"/>
        <w:rPr>
          <w:rFonts w:cs="Arial"/>
          <w:sz w:val="22"/>
          <w:lang w:val="es-ES_tradnl"/>
        </w:rPr>
      </w:pPr>
      <w:r w:rsidRPr="007C3D68">
        <w:rPr>
          <w:rFonts w:cs="Arial"/>
          <w:sz w:val="22"/>
          <w:lang w:val="es-ES"/>
        </w:rPr>
        <w:t xml:space="preserve">Certificado de estar al corriente en </w:t>
      </w:r>
      <w:r w:rsidRPr="007C3D68">
        <w:rPr>
          <w:rFonts w:cs="Arial"/>
          <w:sz w:val="22"/>
          <w:lang w:val="es-ES_tradnl"/>
        </w:rPr>
        <w:t>el cumplimiento de las obligaciones tributarias estatales con la Agencia Estatal de la Administración Tributaria.</w:t>
      </w:r>
    </w:p>
    <w:p w14:paraId="500DDD88" w14:textId="77777777" w:rsidR="0020366B" w:rsidRPr="007C3D68" w:rsidRDefault="0020366B" w:rsidP="00D071CE">
      <w:pPr>
        <w:numPr>
          <w:ilvl w:val="0"/>
          <w:numId w:val="18"/>
        </w:numPr>
        <w:spacing w:after="120" w:line="240" w:lineRule="auto"/>
        <w:ind w:left="284" w:hanging="284"/>
        <w:jc w:val="both"/>
        <w:rPr>
          <w:rFonts w:cs="Arial"/>
          <w:sz w:val="22"/>
          <w:lang w:val="es-ES_tradnl"/>
        </w:rPr>
      </w:pPr>
      <w:r w:rsidRPr="007C3D68">
        <w:rPr>
          <w:rFonts w:cs="Arial"/>
          <w:sz w:val="22"/>
          <w:lang w:val="es-ES"/>
        </w:rPr>
        <w:t xml:space="preserve">Certificado </w:t>
      </w:r>
      <w:r w:rsidRPr="007C3D68">
        <w:rPr>
          <w:rFonts w:cs="Arial"/>
          <w:sz w:val="22"/>
          <w:lang w:val="es-ES_tradnl"/>
        </w:rPr>
        <w:t>de no ser deudor de la Hacienda Pública del Principado de Asturias por deudas vencidas, líquidas y exigibles con el Ente Público de Servicios Tributarios del Principado de Asturias.</w:t>
      </w:r>
    </w:p>
    <w:p w14:paraId="3EF88C43" w14:textId="77777777" w:rsidR="0020366B" w:rsidRPr="007C3D68" w:rsidRDefault="0020366B" w:rsidP="00D071CE">
      <w:pPr>
        <w:numPr>
          <w:ilvl w:val="0"/>
          <w:numId w:val="18"/>
        </w:numPr>
        <w:spacing w:after="120" w:line="240" w:lineRule="auto"/>
        <w:ind w:left="284" w:hanging="284"/>
        <w:jc w:val="both"/>
        <w:rPr>
          <w:rFonts w:cs="Arial"/>
          <w:sz w:val="22"/>
          <w:lang w:val="es-ES_tradnl"/>
        </w:rPr>
      </w:pPr>
      <w:r w:rsidRPr="007C3D68">
        <w:rPr>
          <w:rFonts w:cs="Arial"/>
          <w:sz w:val="22"/>
          <w:lang w:val="es-ES_tradnl"/>
        </w:rPr>
        <w:t>Certificado de la Tesorería General de la Seguridad Social, de hallarse al corriente en el cumplimiento de las obligaciones frente a la Seguridad Social.</w:t>
      </w:r>
    </w:p>
    <w:p w14:paraId="7AC4FB27" w14:textId="77777777" w:rsidR="0020366B" w:rsidRPr="007C3D68" w:rsidRDefault="0020366B" w:rsidP="00237B96">
      <w:pPr>
        <w:keepNext/>
        <w:spacing w:after="120" w:line="240" w:lineRule="auto"/>
        <w:jc w:val="center"/>
        <w:rPr>
          <w:rFonts w:cs="Arial"/>
          <w:b/>
          <w:sz w:val="22"/>
          <w:u w:val="single"/>
        </w:rPr>
      </w:pPr>
      <w:r w:rsidRPr="007C3D68">
        <w:rPr>
          <w:rFonts w:cs="Arial"/>
          <w:b/>
          <w:sz w:val="22"/>
          <w:u w:val="single"/>
        </w:rPr>
        <w:lastRenderedPageBreak/>
        <w:t>DECLARA:</w:t>
      </w:r>
    </w:p>
    <w:p w14:paraId="4707C6E4" w14:textId="7E7DD9DB" w:rsidR="0020366B" w:rsidRPr="007C3D68" w:rsidRDefault="0020366B" w:rsidP="00953D68">
      <w:pPr>
        <w:numPr>
          <w:ilvl w:val="0"/>
          <w:numId w:val="19"/>
        </w:numPr>
        <w:spacing w:after="120" w:line="240" w:lineRule="auto"/>
        <w:jc w:val="both"/>
        <w:rPr>
          <w:rFonts w:cs="Arial"/>
          <w:sz w:val="22"/>
          <w:lang w:val="es-ES"/>
        </w:rPr>
      </w:pPr>
      <w:r w:rsidRPr="007C3D68">
        <w:rPr>
          <w:rFonts w:cs="Arial"/>
          <w:sz w:val="22"/>
          <w:lang w:val="es-ES"/>
        </w:rPr>
        <w:t xml:space="preserve">Cumplir con los requisitos establecidos en las </w:t>
      </w:r>
      <w:r w:rsidR="00026BD4">
        <w:rPr>
          <w:rFonts w:cs="Arial"/>
          <w:sz w:val="22"/>
          <w:lang w:val="es-ES"/>
        </w:rPr>
        <w:t xml:space="preserve">bases de selección </w:t>
      </w:r>
      <w:r w:rsidRPr="007C3D68">
        <w:rPr>
          <w:rFonts w:cs="Arial"/>
          <w:sz w:val="22"/>
          <w:lang w:val="es-ES"/>
        </w:rPr>
        <w:t>y convocatoria que rigen este procedimiento de selección, y que se compromete a cumplir con el proyecto presentado en todos sus términos, en particular en cuanto a los requisitos exigidos y criterios objeto de puntuación, sin modificarlo sin consentimiento previo de la Agencia.</w:t>
      </w:r>
    </w:p>
    <w:p w14:paraId="7A273AAA" w14:textId="5C05E06D" w:rsidR="0020366B" w:rsidRPr="007C3D68" w:rsidRDefault="0020366B" w:rsidP="00953D68">
      <w:pPr>
        <w:numPr>
          <w:ilvl w:val="0"/>
          <w:numId w:val="19"/>
        </w:numPr>
        <w:spacing w:after="120" w:line="240" w:lineRule="auto"/>
        <w:jc w:val="both"/>
        <w:rPr>
          <w:rFonts w:cs="Arial"/>
          <w:sz w:val="22"/>
          <w:lang w:val="es-ES"/>
        </w:rPr>
      </w:pPr>
      <w:r w:rsidRPr="007C3D68">
        <w:rPr>
          <w:rFonts w:cs="Arial"/>
          <w:sz w:val="22"/>
          <w:lang w:val="es-ES"/>
        </w:rPr>
        <w:t>Que conoce la cofinanciación FEDER de la actuación y se compromete al cumplimiento de la normativa que como consecuencia de esta le sea de aplicación,</w:t>
      </w:r>
      <w:r w:rsidR="00953D68">
        <w:rPr>
          <w:rFonts w:cs="Arial"/>
          <w:sz w:val="22"/>
          <w:lang w:val="es-ES"/>
        </w:rPr>
        <w:t xml:space="preserve"> </w:t>
      </w:r>
      <w:proofErr w:type="gramStart"/>
      <w:r w:rsidRPr="007C3D68">
        <w:rPr>
          <w:rFonts w:cs="Arial"/>
          <w:sz w:val="22"/>
          <w:lang w:val="es-ES"/>
        </w:rPr>
        <w:t>que</w:t>
      </w:r>
      <w:proofErr w:type="gramEnd"/>
      <w:r w:rsidR="00953D68">
        <w:rPr>
          <w:rFonts w:cs="Arial"/>
          <w:sz w:val="22"/>
          <w:lang w:val="es-ES"/>
        </w:rPr>
        <w:t xml:space="preserve"> </w:t>
      </w:r>
      <w:r w:rsidRPr="007C3D68">
        <w:rPr>
          <w:rFonts w:cs="Arial"/>
          <w:sz w:val="22"/>
          <w:lang w:val="es-ES"/>
        </w:rPr>
        <w:t>en consecuencia, respetará y hará respetar</w:t>
      </w:r>
      <w:r w:rsidR="00186014" w:rsidRPr="007C3D68">
        <w:rPr>
          <w:rFonts w:cs="Arial"/>
          <w:sz w:val="22"/>
          <w:lang w:val="es-ES"/>
        </w:rPr>
        <w:t xml:space="preserve"> el principio DNSH.</w:t>
      </w:r>
    </w:p>
    <w:p w14:paraId="1065F508" w14:textId="77777777" w:rsidR="0020366B" w:rsidRPr="007C3D68" w:rsidRDefault="0020366B" w:rsidP="00953D68">
      <w:pPr>
        <w:numPr>
          <w:ilvl w:val="0"/>
          <w:numId w:val="19"/>
        </w:numPr>
        <w:spacing w:after="120" w:line="240" w:lineRule="auto"/>
        <w:jc w:val="both"/>
        <w:rPr>
          <w:rFonts w:cs="Arial"/>
          <w:sz w:val="22"/>
          <w:lang w:val="es-ES"/>
        </w:rPr>
      </w:pPr>
      <w:r w:rsidRPr="007C3D68">
        <w:rPr>
          <w:rFonts w:cs="Arial"/>
          <w:sz w:val="22"/>
          <w:lang w:val="es-ES"/>
        </w:rPr>
        <w:t>Que los datos contenidos en la presente solicitud, así como en toda la documentación anexa, se ajustan a la realidad y que conoce y acepta las condiciones establecidas en la normativa reguladora.</w:t>
      </w:r>
    </w:p>
    <w:p w14:paraId="3275E7C2" w14:textId="3AC661E2" w:rsidR="0020366B" w:rsidRPr="007C3D68" w:rsidRDefault="0020366B" w:rsidP="00953D68">
      <w:pPr>
        <w:numPr>
          <w:ilvl w:val="0"/>
          <w:numId w:val="19"/>
        </w:numPr>
        <w:spacing w:after="120" w:line="240" w:lineRule="auto"/>
        <w:jc w:val="both"/>
        <w:rPr>
          <w:rFonts w:cs="Arial"/>
          <w:sz w:val="22"/>
          <w:lang w:val="es-ES"/>
        </w:rPr>
      </w:pPr>
      <w:r w:rsidRPr="007C3D68">
        <w:rPr>
          <w:rFonts w:cs="Arial"/>
          <w:sz w:val="22"/>
          <w:lang w:val="es-ES"/>
        </w:rPr>
        <w:t>Que se ha</w:t>
      </w:r>
      <w:r w:rsidR="001258F2">
        <w:rPr>
          <w:rFonts w:cs="Arial"/>
          <w:sz w:val="22"/>
          <w:lang w:val="es-ES"/>
        </w:rPr>
        <w:t>ll</w:t>
      </w:r>
      <w:r w:rsidRPr="007C3D68">
        <w:rPr>
          <w:rFonts w:cs="Arial"/>
          <w:sz w:val="22"/>
          <w:lang w:val="es-ES"/>
        </w:rPr>
        <w:t>a al corriente en el cumplimiento de sus obligaciones tributarias y con la Seguridad Social y no es deudor de la Hacienda Pública del Principado de Asturias por deudas vencidas, líquidas y exigi</w:t>
      </w:r>
      <w:r w:rsidR="001258F2">
        <w:rPr>
          <w:rFonts w:cs="Arial"/>
          <w:sz w:val="22"/>
          <w:lang w:val="es-ES"/>
        </w:rPr>
        <w:t>bles</w:t>
      </w:r>
      <w:r w:rsidRPr="007C3D68">
        <w:rPr>
          <w:rFonts w:cs="Arial"/>
          <w:sz w:val="22"/>
          <w:lang w:val="es-ES"/>
        </w:rPr>
        <w:t>.</w:t>
      </w:r>
    </w:p>
    <w:p w14:paraId="12238CF9" w14:textId="42BDC482" w:rsidR="00186014" w:rsidRPr="00026BD4" w:rsidRDefault="00026BD4" w:rsidP="00953D68">
      <w:pPr>
        <w:numPr>
          <w:ilvl w:val="0"/>
          <w:numId w:val="19"/>
        </w:numPr>
        <w:spacing w:after="240" w:line="240" w:lineRule="auto"/>
        <w:ind w:left="357" w:hanging="357"/>
        <w:jc w:val="both"/>
        <w:rPr>
          <w:rFonts w:cs="Arial"/>
          <w:sz w:val="22"/>
          <w:lang w:val="es-ES"/>
        </w:rPr>
      </w:pPr>
      <w:r w:rsidRPr="00026BD4">
        <w:rPr>
          <w:rFonts w:cs="Arial"/>
          <w:sz w:val="22"/>
          <w:lang w:val="es-ES"/>
        </w:rPr>
        <w:t>Que la persona o entidad solicitante reúne los requisitos exigidos para acceder a los espacios, instalaciones o servicios solicitados y no se encuentra incursa en ninguna de las prohibiciones o incompatibilidades establecidas.</w:t>
      </w:r>
    </w:p>
    <w:p w14:paraId="4745DC13" w14:textId="77777777" w:rsidR="00186014" w:rsidRPr="007C3D68" w:rsidRDefault="00186014" w:rsidP="00953D68">
      <w:pPr>
        <w:spacing w:after="240" w:line="240" w:lineRule="auto"/>
        <w:jc w:val="both"/>
        <w:rPr>
          <w:rFonts w:cs="Arial"/>
          <w:sz w:val="22"/>
          <w:lang w:val="es-ES"/>
        </w:rPr>
      </w:pPr>
      <w:r w:rsidRPr="007C3D68">
        <w:rPr>
          <w:rFonts w:cs="Arial"/>
          <w:sz w:val="22"/>
          <w:lang w:val="es-ES"/>
        </w:rPr>
        <w:t>Y para que conste, y a efectos de su presentación en la Agencia de Ciencia, Competitividad Empresarial e Innovación Asturiana, firmo la presente solicitud</w:t>
      </w:r>
    </w:p>
    <w:p w14:paraId="740FB3DA" w14:textId="77777777" w:rsidR="00186014" w:rsidRPr="007C3D68" w:rsidRDefault="00186014" w:rsidP="00237B96">
      <w:pPr>
        <w:spacing w:after="2040" w:line="240" w:lineRule="auto"/>
        <w:jc w:val="center"/>
        <w:rPr>
          <w:rFonts w:cs="Arial"/>
          <w:sz w:val="22"/>
          <w:lang w:val="es-ES"/>
        </w:rPr>
      </w:pPr>
      <w:r w:rsidRPr="007C3D68">
        <w:rPr>
          <w:rFonts w:cs="Arial"/>
          <w:sz w:val="22"/>
          <w:lang w:val="es-ES"/>
        </w:rPr>
        <w:t>Firma electrónica del representante legal (</w:t>
      </w:r>
      <w:r w:rsidRPr="007C3D68">
        <w:rPr>
          <w:rStyle w:val="Refdenotaalpie"/>
          <w:rFonts w:cs="Arial"/>
          <w:b/>
          <w:sz w:val="22"/>
        </w:rPr>
        <w:footnoteReference w:id="1"/>
      </w:r>
      <w:r w:rsidRPr="007C3D68">
        <w:rPr>
          <w:rFonts w:cs="Arial"/>
          <w:sz w:val="22"/>
          <w:lang w:val="es-ES"/>
        </w:rPr>
        <w:t>)</w:t>
      </w:r>
    </w:p>
    <w:p w14:paraId="583C37E6" w14:textId="46E6D465" w:rsidR="00490536" w:rsidRDefault="00F7647C" w:rsidP="00BD3067">
      <w:pPr>
        <w:spacing w:after="120" w:line="240" w:lineRule="auto"/>
        <w:jc w:val="both"/>
        <w:rPr>
          <w:rFonts w:cs="Arial"/>
          <w:b/>
          <w:sz w:val="22"/>
          <w:lang w:val="es-ES"/>
        </w:rPr>
      </w:pPr>
      <w:r w:rsidRPr="007C3D68">
        <w:rPr>
          <w:rFonts w:cs="Arial"/>
          <w:b/>
          <w:sz w:val="22"/>
          <w:lang w:val="es-ES"/>
        </w:rPr>
        <w:t xml:space="preserve">Sr. Presidente </w:t>
      </w:r>
      <w:r>
        <w:rPr>
          <w:rFonts w:cs="Arial"/>
          <w:b/>
          <w:sz w:val="22"/>
          <w:lang w:val="es-ES"/>
        </w:rPr>
        <w:t xml:space="preserve">de </w:t>
      </w:r>
      <w:r w:rsidRPr="007C3D68">
        <w:rPr>
          <w:rFonts w:cs="Arial"/>
          <w:b/>
          <w:sz w:val="22"/>
          <w:lang w:val="es-ES"/>
        </w:rPr>
        <w:t>la Agencia de Ciencia, Competitividad Empresarial e Innovación Asturiana</w:t>
      </w:r>
    </w:p>
    <w:p w14:paraId="206EFCA3" w14:textId="77777777" w:rsidR="00490536" w:rsidRDefault="00490536">
      <w:pPr>
        <w:spacing w:after="200" w:line="276" w:lineRule="auto"/>
        <w:rPr>
          <w:rFonts w:cs="Arial"/>
          <w:b/>
          <w:sz w:val="22"/>
          <w:lang w:val="es-ES"/>
        </w:rPr>
      </w:pPr>
      <w:r>
        <w:rPr>
          <w:rFonts w:cs="Arial"/>
          <w:b/>
          <w:sz w:val="22"/>
          <w:lang w:val="es-ES"/>
        </w:rPr>
        <w:br w:type="page"/>
      </w:r>
    </w:p>
    <w:p w14:paraId="5CDEB9CD" w14:textId="77777777" w:rsidR="00490536" w:rsidRPr="00026BD4" w:rsidRDefault="00490536" w:rsidP="00490536">
      <w:pPr>
        <w:pStyle w:val="Ttulo"/>
        <w:keepNext w:val="0"/>
        <w:spacing w:before="0" w:after="120"/>
        <w:jc w:val="both"/>
        <w:rPr>
          <w:rFonts w:ascii="Arial" w:hAnsi="Arial" w:cs="Arial"/>
          <w:sz w:val="22"/>
          <w:szCs w:val="22"/>
          <w:lang w:val="es-ES"/>
        </w:rPr>
      </w:pPr>
      <w:r w:rsidRPr="00026BD4">
        <w:rPr>
          <w:rFonts w:ascii="Arial" w:hAnsi="Arial" w:cs="Arial"/>
          <w:sz w:val="22"/>
          <w:szCs w:val="22"/>
          <w:lang w:val="es-ES"/>
        </w:rPr>
        <w:lastRenderedPageBreak/>
        <w:t>ANEXO III. PLANOS DEL LABORATORIO 1</w:t>
      </w:r>
    </w:p>
    <w:p w14:paraId="678ADD57" w14:textId="77777777" w:rsidR="00490536" w:rsidRPr="007C3D68" w:rsidRDefault="00490536" w:rsidP="00490536">
      <w:pPr>
        <w:spacing w:after="120" w:line="240" w:lineRule="auto"/>
        <w:jc w:val="both"/>
        <w:rPr>
          <w:rFonts w:cs="Arial"/>
          <w:sz w:val="22"/>
        </w:rPr>
      </w:pPr>
      <w:r w:rsidRPr="007C3D68">
        <w:rPr>
          <w:rFonts w:cs="Arial"/>
          <w:noProof/>
          <w:sz w:val="22"/>
        </w:rPr>
        <w:drawing>
          <wp:inline distT="0" distB="0" distL="0" distR="0" wp14:anchorId="326F689E" wp14:editId="770D4C93">
            <wp:extent cx="5580000" cy="32220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9"/>
                    <a:stretch>
                      <a:fillRect/>
                    </a:stretch>
                  </pic:blipFill>
                  <pic:spPr>
                    <a:xfrm>
                      <a:off x="0" y="0"/>
                      <a:ext cx="5580000" cy="3222096"/>
                    </a:xfrm>
                    <a:prstGeom prst="rect">
                      <a:avLst/>
                    </a:prstGeom>
                  </pic:spPr>
                </pic:pic>
              </a:graphicData>
            </a:graphic>
          </wp:inline>
        </w:drawing>
      </w:r>
    </w:p>
    <w:p w14:paraId="555A33B6" w14:textId="77777777" w:rsidR="00490536" w:rsidRPr="007C3D68" w:rsidRDefault="00490536" w:rsidP="00490536">
      <w:pPr>
        <w:spacing w:after="120" w:line="240" w:lineRule="auto"/>
        <w:jc w:val="both"/>
        <w:rPr>
          <w:rFonts w:cs="Arial"/>
          <w:sz w:val="22"/>
        </w:rPr>
      </w:pPr>
      <w:r w:rsidRPr="007C3D68">
        <w:rPr>
          <w:rFonts w:cs="Arial"/>
          <w:noProof/>
          <w:sz w:val="22"/>
        </w:rPr>
        <w:drawing>
          <wp:inline distT="0" distB="0" distL="0" distR="0" wp14:anchorId="543F9D6C" wp14:editId="27871DC4">
            <wp:extent cx="5580000" cy="132902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g"/>
                    <pic:cNvPicPr/>
                  </pic:nvPicPr>
                  <pic:blipFill>
                    <a:blip r:embed="rId10"/>
                    <a:stretch>
                      <a:fillRect/>
                    </a:stretch>
                  </pic:blipFill>
                  <pic:spPr>
                    <a:xfrm>
                      <a:off x="0" y="0"/>
                      <a:ext cx="5580000" cy="1329026"/>
                    </a:xfrm>
                    <a:prstGeom prst="rect">
                      <a:avLst/>
                    </a:prstGeom>
                  </pic:spPr>
                </pic:pic>
              </a:graphicData>
            </a:graphic>
          </wp:inline>
        </w:drawing>
      </w:r>
    </w:p>
    <w:p w14:paraId="007EB68C" w14:textId="77777777" w:rsidR="00490536" w:rsidRPr="007C3D68" w:rsidRDefault="00490536" w:rsidP="00490536">
      <w:pPr>
        <w:spacing w:after="120" w:line="240" w:lineRule="auto"/>
        <w:jc w:val="both"/>
        <w:rPr>
          <w:rFonts w:cs="Arial"/>
          <w:sz w:val="22"/>
        </w:rPr>
      </w:pPr>
      <w:r w:rsidRPr="007C3D68">
        <w:rPr>
          <w:rFonts w:cs="Arial"/>
          <w:sz w:val="22"/>
        </w:rPr>
        <w:br w:type="page"/>
      </w:r>
    </w:p>
    <w:p w14:paraId="182DBBC7" w14:textId="77777777" w:rsidR="00490536" w:rsidRPr="00D071CE" w:rsidRDefault="00490536" w:rsidP="00490536">
      <w:pPr>
        <w:pStyle w:val="Ttulo"/>
        <w:keepNext w:val="0"/>
        <w:spacing w:before="0" w:after="120"/>
        <w:jc w:val="both"/>
        <w:rPr>
          <w:rFonts w:ascii="Arial" w:hAnsi="Arial" w:cs="Arial"/>
          <w:sz w:val="22"/>
          <w:szCs w:val="22"/>
          <w:lang w:val="es-ES"/>
        </w:rPr>
      </w:pPr>
      <w:r w:rsidRPr="00D071CE">
        <w:rPr>
          <w:rFonts w:ascii="Arial" w:hAnsi="Arial" w:cs="Arial"/>
          <w:sz w:val="22"/>
          <w:szCs w:val="22"/>
          <w:lang w:val="es-ES"/>
        </w:rPr>
        <w:lastRenderedPageBreak/>
        <w:t>ANEXO IV. PLANOS DEL LABORATORIO 2</w:t>
      </w:r>
    </w:p>
    <w:p w14:paraId="2D898D7F" w14:textId="77777777" w:rsidR="00490536" w:rsidRPr="007C3D68" w:rsidRDefault="00490536" w:rsidP="00490536">
      <w:pPr>
        <w:spacing w:after="120" w:line="240" w:lineRule="auto"/>
        <w:jc w:val="both"/>
        <w:rPr>
          <w:rFonts w:cs="Arial"/>
          <w:sz w:val="22"/>
        </w:rPr>
      </w:pPr>
      <w:r w:rsidRPr="007C3D68">
        <w:rPr>
          <w:rFonts w:cs="Arial"/>
          <w:noProof/>
          <w:sz w:val="22"/>
        </w:rPr>
        <w:drawing>
          <wp:inline distT="0" distB="0" distL="0" distR="0" wp14:anchorId="058DA067" wp14:editId="254F4BBD">
            <wp:extent cx="5580000" cy="569470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11"/>
                    <a:stretch>
                      <a:fillRect/>
                    </a:stretch>
                  </pic:blipFill>
                  <pic:spPr>
                    <a:xfrm>
                      <a:off x="0" y="0"/>
                      <a:ext cx="5580000" cy="5694703"/>
                    </a:xfrm>
                    <a:prstGeom prst="rect">
                      <a:avLst/>
                    </a:prstGeom>
                  </pic:spPr>
                </pic:pic>
              </a:graphicData>
            </a:graphic>
          </wp:inline>
        </w:drawing>
      </w:r>
    </w:p>
    <w:p w14:paraId="11061C11" w14:textId="77777777" w:rsidR="00490536" w:rsidRPr="007C3D68" w:rsidRDefault="00490536" w:rsidP="00490536">
      <w:pPr>
        <w:spacing w:after="120" w:line="240" w:lineRule="auto"/>
        <w:jc w:val="both"/>
        <w:rPr>
          <w:rFonts w:cs="Arial"/>
          <w:sz w:val="22"/>
        </w:rPr>
      </w:pPr>
      <w:r w:rsidRPr="007C3D68">
        <w:rPr>
          <w:rFonts w:cs="Arial"/>
          <w:noProof/>
          <w:sz w:val="22"/>
        </w:rPr>
        <w:lastRenderedPageBreak/>
        <w:drawing>
          <wp:inline distT="0" distB="0" distL="0" distR="0" wp14:anchorId="6E194D9A" wp14:editId="5BC2F2C6">
            <wp:extent cx="5580000" cy="493692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2"/>
                    <a:stretch>
                      <a:fillRect/>
                    </a:stretch>
                  </pic:blipFill>
                  <pic:spPr>
                    <a:xfrm>
                      <a:off x="0" y="0"/>
                      <a:ext cx="5580000" cy="4936927"/>
                    </a:xfrm>
                    <a:prstGeom prst="rect">
                      <a:avLst/>
                    </a:prstGeom>
                  </pic:spPr>
                </pic:pic>
              </a:graphicData>
            </a:graphic>
          </wp:inline>
        </w:drawing>
      </w:r>
    </w:p>
    <w:p w14:paraId="73BA233D" w14:textId="29CF532C" w:rsidR="00404AC0" w:rsidRDefault="00404AC0">
      <w:pPr>
        <w:spacing w:after="200" w:line="276" w:lineRule="auto"/>
        <w:rPr>
          <w:rFonts w:cs="Arial"/>
          <w:sz w:val="22"/>
          <w:lang w:val="es-ES"/>
        </w:rPr>
      </w:pPr>
      <w:r>
        <w:rPr>
          <w:rFonts w:cs="Arial"/>
          <w:sz w:val="22"/>
          <w:lang w:val="es-ES"/>
        </w:rPr>
        <w:br w:type="page"/>
      </w:r>
    </w:p>
    <w:p w14:paraId="20549EE7" w14:textId="77777777" w:rsidR="00404AC0" w:rsidRPr="00026BD4" w:rsidRDefault="00404AC0" w:rsidP="00404AC0">
      <w:pPr>
        <w:pStyle w:val="Ttulo"/>
        <w:keepNext w:val="0"/>
        <w:spacing w:before="0" w:after="120"/>
        <w:jc w:val="both"/>
        <w:rPr>
          <w:rFonts w:ascii="Arial" w:hAnsi="Arial" w:cs="Arial"/>
          <w:sz w:val="22"/>
          <w:szCs w:val="22"/>
          <w:lang w:val="es-ES"/>
        </w:rPr>
      </w:pPr>
      <w:r>
        <w:rPr>
          <w:rFonts w:ascii="Arial" w:hAnsi="Arial" w:cs="Arial"/>
          <w:sz w:val="22"/>
          <w:szCs w:val="22"/>
          <w:lang w:val="es-ES"/>
        </w:rPr>
        <w:lastRenderedPageBreak/>
        <w:t>INFORMACIÓN BÁSICA SOBRE PROTECCIÓN DE DATOS</w:t>
      </w:r>
    </w:p>
    <w:p w14:paraId="6960C3AE" w14:textId="77777777" w:rsidR="00404AC0" w:rsidRPr="00F7647C" w:rsidRDefault="00404AC0" w:rsidP="00404AC0">
      <w:pPr>
        <w:spacing w:before="240" w:after="120" w:line="240" w:lineRule="auto"/>
        <w:jc w:val="both"/>
        <w:rPr>
          <w:lang w:val="es-ES"/>
        </w:rPr>
      </w:pPr>
      <w:r w:rsidRPr="00F7647C">
        <w:rPr>
          <w:lang w:val="es-ES"/>
        </w:rPr>
        <w:t>Responsables del tratamiento: La Fundación Instituto Cameral para la Creación y Desarrollo de la Empresa (INCYDE) y la Agencia de Ciencia, Competitividad Empresarial e Innovación Asturiana (SEKUENS), en calidad de corresponsables del tratamiento.</w:t>
      </w:r>
    </w:p>
    <w:p w14:paraId="403FDA27" w14:textId="77777777" w:rsidR="00404AC0" w:rsidRPr="00F7647C" w:rsidRDefault="00404AC0" w:rsidP="00404AC0">
      <w:pPr>
        <w:spacing w:after="120" w:line="240" w:lineRule="auto"/>
        <w:jc w:val="both"/>
        <w:rPr>
          <w:lang w:val="es-ES"/>
        </w:rPr>
      </w:pPr>
      <w:r w:rsidRPr="00F7647C">
        <w:rPr>
          <w:lang w:val="es-ES"/>
        </w:rPr>
        <w:t>Asimismo, cuando se produzca la reasignación de espacios de uso privativo, los datos personales serán tratados por el Ayuntamiento de Oviedo, como Responsable del Tratamiento, con la finalidad de gestionar su estancia en los espacios municipales objeto de la presente regulación, incluida la gestión de los distintos servicios de los que puedan ser usuarios o beneficiarios.</w:t>
      </w:r>
    </w:p>
    <w:p w14:paraId="6CA0F23E" w14:textId="77777777" w:rsidR="00404AC0" w:rsidRPr="00F7647C" w:rsidRDefault="00404AC0" w:rsidP="00404AC0">
      <w:pPr>
        <w:spacing w:after="120" w:line="240" w:lineRule="auto"/>
        <w:jc w:val="both"/>
        <w:rPr>
          <w:lang w:val="es-ES"/>
        </w:rPr>
      </w:pPr>
      <w:r w:rsidRPr="00F7647C">
        <w:rPr>
          <w:lang w:val="es-ES"/>
        </w:rPr>
        <w:t>Finalidad: Gestión de las solicitudes de acceso y uso de los espacios, instalaciones y servicios de INCIVASTURIAS; tramitación de los procedimientos de selección; formalización y seguimiento de la utilización; y cumplimiento de las obligaciones de gestión, justificación, evaluación, control, auditoría y seguimiento de indicadores derivadas de la cofinanciación por el Programa Plurirregional de España FEDER 2021-2027.</w:t>
      </w:r>
    </w:p>
    <w:p w14:paraId="757A19D3" w14:textId="77777777" w:rsidR="00404AC0" w:rsidRPr="00F7647C" w:rsidRDefault="00404AC0" w:rsidP="00404AC0">
      <w:pPr>
        <w:spacing w:after="120" w:line="240" w:lineRule="auto"/>
        <w:jc w:val="both"/>
        <w:rPr>
          <w:lang w:val="es-ES"/>
        </w:rPr>
      </w:pPr>
      <w:r w:rsidRPr="00F7647C">
        <w:rPr>
          <w:lang w:val="es-ES"/>
        </w:rPr>
        <w:t>Legitimación: Cumplimiento de obligaciones legales y ejercicio de funciones realizadas en interés público, de conformidad con el artículo 6.1.b), c) y e) del Reglamento (UE) 2016/679.</w:t>
      </w:r>
    </w:p>
    <w:p w14:paraId="683DA3AB" w14:textId="77777777" w:rsidR="00404AC0" w:rsidRPr="00F7647C" w:rsidRDefault="00404AC0" w:rsidP="00404AC0">
      <w:pPr>
        <w:spacing w:after="120" w:line="240" w:lineRule="auto"/>
        <w:jc w:val="both"/>
        <w:rPr>
          <w:lang w:val="es-ES"/>
        </w:rPr>
      </w:pPr>
      <w:r w:rsidRPr="00F7647C">
        <w:rPr>
          <w:lang w:val="es-ES"/>
        </w:rPr>
        <w:t>Destinatarios: Administraciones públicas, autoridades de gestión, organismos de control y auditoría y demás entidades competentes, cuando la comunicación resulte necesaria para la gestión, seguimiento, justificación, evaluación, control o auditoría de la actuación cofinanciada, así como en los demás supuestos legalmente previstos.</w:t>
      </w:r>
    </w:p>
    <w:p w14:paraId="1FBCC63E" w14:textId="77777777" w:rsidR="00404AC0" w:rsidRPr="00F7647C" w:rsidRDefault="00404AC0" w:rsidP="00404AC0">
      <w:pPr>
        <w:spacing w:after="120" w:line="240" w:lineRule="auto"/>
        <w:jc w:val="both"/>
        <w:rPr>
          <w:lang w:val="es-ES"/>
        </w:rPr>
      </w:pPr>
      <w:r w:rsidRPr="00F7647C">
        <w:rPr>
          <w:lang w:val="es-ES"/>
        </w:rPr>
        <w:t>Conservación: Los datos se conservarán durante el tiempo necesario para cumplir las finalidades indicadas y, posteriormente, durante los plazos exigidos por la normativa aplicable en materia de archivo, gestión, justificación, control y auditoría de fondos europeos.</w:t>
      </w:r>
    </w:p>
    <w:p w14:paraId="280DFA50" w14:textId="77777777" w:rsidR="00404AC0" w:rsidRPr="00F7647C" w:rsidRDefault="00404AC0" w:rsidP="00404AC0">
      <w:pPr>
        <w:spacing w:after="120" w:line="240" w:lineRule="auto"/>
        <w:jc w:val="both"/>
        <w:rPr>
          <w:lang w:val="es-ES"/>
        </w:rPr>
      </w:pPr>
      <w:r w:rsidRPr="00F7647C">
        <w:rPr>
          <w:lang w:val="es-ES"/>
        </w:rPr>
        <w:t>Derechos: Las personas interesadas podrán ejercer los derechos de acceso, rectificación, supresión, oposición y limitación del tratamiento y, cuando proceda, portabilidad, dirigiéndose a cualquiera de las entidades corresponsables:</w:t>
      </w:r>
    </w:p>
    <w:p w14:paraId="3B4894F9" w14:textId="77777777" w:rsidR="00404AC0" w:rsidRPr="00F7647C" w:rsidRDefault="00404AC0" w:rsidP="00404AC0">
      <w:pPr>
        <w:spacing w:after="120" w:line="240" w:lineRule="auto"/>
        <w:jc w:val="both"/>
        <w:rPr>
          <w:lang w:val="es-ES"/>
        </w:rPr>
      </w:pPr>
      <w:r w:rsidRPr="00F7647C">
        <w:rPr>
          <w:lang w:val="es-ES"/>
        </w:rPr>
        <w:t xml:space="preserve">INCYDE: calle Ribera del Loira, 12, 28042 Madrid; correo electrónico: </w:t>
      </w:r>
      <w:hyperlink r:id="rId13" w:history="1">
        <w:r w:rsidRPr="00AF3D88">
          <w:rPr>
            <w:rStyle w:val="Hipervnculo"/>
            <w:lang w:val="es-ES"/>
          </w:rPr>
          <w:t>lopd@incydecamaras.es</w:t>
        </w:r>
      </w:hyperlink>
      <w:r>
        <w:rPr>
          <w:lang w:val="es-ES"/>
        </w:rPr>
        <w:t>.</w:t>
      </w:r>
    </w:p>
    <w:p w14:paraId="6A87D9FD" w14:textId="77777777" w:rsidR="00404AC0" w:rsidRPr="00C63E9E" w:rsidRDefault="00404AC0" w:rsidP="00404AC0">
      <w:pPr>
        <w:spacing w:after="120" w:line="240" w:lineRule="auto"/>
        <w:jc w:val="both"/>
        <w:rPr>
          <w:lang w:val="es-ES"/>
        </w:rPr>
      </w:pPr>
      <w:r w:rsidRPr="00F7647C">
        <w:rPr>
          <w:lang w:val="es-ES"/>
        </w:rPr>
        <w:t xml:space="preserve">SEKUENS: Parque Tecnológico de Asturias, 33428 Llanera, Asturias; Delegado de Protección de Datos: </w:t>
      </w:r>
      <w:hyperlink r:id="rId14" w:history="1">
        <w:r w:rsidRPr="005350FB">
          <w:rPr>
            <w:rStyle w:val="Hipervnculo"/>
            <w:lang w:val="es-ES"/>
          </w:rPr>
          <w:t>dpd@sekuens.es</w:t>
        </w:r>
      </w:hyperlink>
    </w:p>
    <w:p w14:paraId="11B67935" w14:textId="77777777" w:rsidR="00237B96" w:rsidRPr="00BD3067" w:rsidRDefault="00237B96" w:rsidP="00BD3067">
      <w:pPr>
        <w:spacing w:after="120" w:line="240" w:lineRule="auto"/>
        <w:jc w:val="both"/>
        <w:rPr>
          <w:rFonts w:cs="Arial"/>
          <w:sz w:val="22"/>
          <w:lang w:val="es-ES"/>
        </w:rPr>
      </w:pPr>
    </w:p>
    <w:sectPr w:rsidR="00237B96" w:rsidRPr="00BD3067" w:rsidSect="001704DB">
      <w:headerReference w:type="default" r:id="rId15"/>
      <w:footerReference w:type="default" r:id="rId16"/>
      <w:pgSz w:w="12240" w:h="15840"/>
      <w:pgMar w:top="1985" w:right="1417" w:bottom="1985"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DF9E2" w14:textId="77777777" w:rsidR="00FD7819" w:rsidRDefault="00FD7819">
      <w:pPr>
        <w:spacing w:after="0" w:line="240" w:lineRule="auto"/>
      </w:pPr>
      <w:r>
        <w:separator/>
      </w:r>
    </w:p>
  </w:endnote>
  <w:endnote w:type="continuationSeparator" w:id="0">
    <w:p w14:paraId="494EA8D7" w14:textId="77777777" w:rsidR="00FD7819" w:rsidRDefault="00FD78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990512809"/>
      <w:docPartObj>
        <w:docPartGallery w:val="Page Numbers (Bottom of Page)"/>
        <w:docPartUnique/>
      </w:docPartObj>
    </w:sdtPr>
    <w:sdtEndPr/>
    <w:sdtContent>
      <w:sdt>
        <w:sdtPr>
          <w:rPr>
            <w:sz w:val="18"/>
            <w:szCs w:val="18"/>
          </w:rPr>
          <w:id w:val="1728636285"/>
          <w:docPartObj>
            <w:docPartGallery w:val="Page Numbers (Top of Page)"/>
            <w:docPartUnique/>
          </w:docPartObj>
        </w:sdtPr>
        <w:sdtEndPr/>
        <w:sdtContent>
          <w:p w14:paraId="71136CA6" w14:textId="6406C8B8" w:rsidR="00561428" w:rsidRDefault="00561428" w:rsidP="00561428">
            <w:pPr>
              <w:pStyle w:val="Piedepgina"/>
              <w:spacing w:after="120"/>
              <w:jc w:val="center"/>
              <w:rPr>
                <w:sz w:val="18"/>
                <w:szCs w:val="18"/>
              </w:rPr>
            </w:pPr>
            <w:r>
              <w:rPr>
                <w:noProof/>
              </w:rPr>
              <w:drawing>
                <wp:inline distT="0" distB="0" distL="0" distR="0" wp14:anchorId="734F39D8" wp14:editId="416B0F1A">
                  <wp:extent cx="4381500" cy="533400"/>
                  <wp:effectExtent l="0" t="0" r="0" b="0"/>
                  <wp:docPr id="1445528002" name="Imagen 1">
                    <a:extLst xmlns:a="http://schemas.openxmlformats.org/drawingml/2006/main">
                      <a:ext uri="{FF2B5EF4-FFF2-40B4-BE49-F238E27FC236}">
                        <a16:creationId xmlns:a16="http://schemas.microsoft.com/office/drawing/2014/main" id="{3D037247-13A5-4633-B989-2212B993D0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3D037247-13A5-4633-B989-2212B993D0BE}"/>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81500" cy="5334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42A2BF42" w14:textId="345D1769" w:rsidR="00D071CE" w:rsidRPr="00561428" w:rsidRDefault="00561428" w:rsidP="00561428">
            <w:pPr>
              <w:pStyle w:val="Piedepgina"/>
              <w:jc w:val="center"/>
              <w:rPr>
                <w:sz w:val="18"/>
                <w:szCs w:val="18"/>
              </w:rPr>
            </w:pPr>
            <w:r w:rsidRPr="00561428">
              <w:rPr>
                <w:sz w:val="16"/>
                <w:szCs w:val="16"/>
              </w:rPr>
              <w:fldChar w:fldCharType="begin"/>
            </w:r>
            <w:r w:rsidRPr="00561428">
              <w:rPr>
                <w:sz w:val="16"/>
                <w:szCs w:val="16"/>
              </w:rPr>
              <w:instrText>PAGE</w:instrText>
            </w:r>
            <w:r w:rsidRPr="00561428">
              <w:rPr>
                <w:sz w:val="16"/>
                <w:szCs w:val="16"/>
              </w:rPr>
              <w:fldChar w:fldCharType="separate"/>
            </w:r>
            <w:r w:rsidRPr="00561428">
              <w:rPr>
                <w:sz w:val="16"/>
                <w:szCs w:val="16"/>
                <w:lang w:val="es-ES"/>
              </w:rPr>
              <w:t>2</w:t>
            </w:r>
            <w:r w:rsidRPr="00561428">
              <w:rPr>
                <w:sz w:val="16"/>
                <w:szCs w:val="16"/>
              </w:rPr>
              <w:fldChar w:fldCharType="end"/>
            </w:r>
            <w:r w:rsidRPr="00561428">
              <w:rPr>
                <w:sz w:val="16"/>
                <w:szCs w:val="16"/>
              </w:rPr>
              <w:t>/</w:t>
            </w:r>
            <w:r w:rsidRPr="00561428">
              <w:rPr>
                <w:sz w:val="16"/>
                <w:szCs w:val="16"/>
              </w:rPr>
              <w:fldChar w:fldCharType="begin"/>
            </w:r>
            <w:r w:rsidRPr="00561428">
              <w:rPr>
                <w:sz w:val="16"/>
                <w:szCs w:val="16"/>
              </w:rPr>
              <w:instrText>NUMPAGES</w:instrText>
            </w:r>
            <w:r w:rsidRPr="00561428">
              <w:rPr>
                <w:sz w:val="16"/>
                <w:szCs w:val="16"/>
              </w:rPr>
              <w:fldChar w:fldCharType="separate"/>
            </w:r>
            <w:r w:rsidRPr="00561428">
              <w:rPr>
                <w:sz w:val="16"/>
                <w:szCs w:val="16"/>
                <w:lang w:val="es-ES"/>
              </w:rPr>
              <w:t>2</w:t>
            </w:r>
            <w:r w:rsidRPr="00561428">
              <w:rPr>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8EA84" w14:textId="77777777" w:rsidR="00FD7819" w:rsidRDefault="00FD7819">
      <w:pPr>
        <w:spacing w:after="0" w:line="240" w:lineRule="auto"/>
      </w:pPr>
      <w:r>
        <w:separator/>
      </w:r>
    </w:p>
  </w:footnote>
  <w:footnote w:type="continuationSeparator" w:id="0">
    <w:p w14:paraId="10838B2F" w14:textId="77777777" w:rsidR="00FD7819" w:rsidRDefault="00FD7819">
      <w:pPr>
        <w:spacing w:after="0" w:line="240" w:lineRule="auto"/>
      </w:pPr>
      <w:r>
        <w:continuationSeparator/>
      </w:r>
    </w:p>
  </w:footnote>
  <w:footnote w:id="1">
    <w:p w14:paraId="4C7116E8" w14:textId="158B7EA8" w:rsidR="00186014" w:rsidRPr="00237B96" w:rsidRDefault="00186014" w:rsidP="00237B96">
      <w:pPr>
        <w:rPr>
          <w:rFonts w:ascii="Calibri" w:hAnsi="Calibri"/>
          <w:sz w:val="16"/>
          <w:szCs w:val="16"/>
          <w:lang w:val="es-ES"/>
        </w:rPr>
      </w:pPr>
      <w:r>
        <w:rPr>
          <w:rStyle w:val="Refdenotaalpie"/>
        </w:rPr>
        <w:footnoteRef/>
      </w:r>
      <w:r w:rsidRPr="00186014">
        <w:rPr>
          <w:lang w:val="es-ES"/>
        </w:rPr>
        <w:t xml:space="preserve"> </w:t>
      </w:r>
      <w:r w:rsidRPr="00186014">
        <w:rPr>
          <w:sz w:val="16"/>
          <w:szCs w:val="16"/>
          <w:lang w:val="es-ES"/>
        </w:rPr>
        <w:t>En el caso de representación mancomunada el formulario deberá venir firmado electrónicamente mediante firma electrónica reconocida, por todos los representantes legales correspondientes.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066"/>
      <w:gridCol w:w="2831"/>
      <w:gridCol w:w="2832"/>
    </w:tblGrid>
    <w:tr w:rsidR="00410355" w14:paraId="5D2117E2" w14:textId="77777777" w:rsidTr="00D071CE">
      <w:trPr>
        <w:jc w:val="center"/>
      </w:trPr>
      <w:tc>
        <w:tcPr>
          <w:tcW w:w="2831" w:type="dxa"/>
          <w:vAlign w:val="center"/>
        </w:tcPr>
        <w:p w14:paraId="7FF75FCD" w14:textId="77777777" w:rsidR="00410355" w:rsidRDefault="00410355" w:rsidP="00410355">
          <w:pPr>
            <w:pStyle w:val="Encabezado"/>
            <w:tabs>
              <w:tab w:val="center" w:pos="3119"/>
            </w:tabs>
          </w:pPr>
          <w:r>
            <w:rPr>
              <w:noProof/>
            </w:rPr>
            <w:drawing>
              <wp:inline distT="0" distB="0" distL="0" distR="0" wp14:anchorId="599E1BA2" wp14:editId="2196EA39">
                <wp:extent cx="1806483" cy="430165"/>
                <wp:effectExtent l="0" t="0" r="3810" b="8255"/>
                <wp:docPr id="583988425" name="Imagen 1" descr="Un dibujo de una cara feliz&#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401685" name="Imagen 1" descr="Un dibujo de una cara feliz&#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874331" cy="446321"/>
                        </a:xfrm>
                        <a:prstGeom prst="rect">
                          <a:avLst/>
                        </a:prstGeom>
                      </pic:spPr>
                    </pic:pic>
                  </a:graphicData>
                </a:graphic>
              </wp:inline>
            </w:drawing>
          </w:r>
        </w:p>
      </w:tc>
      <w:tc>
        <w:tcPr>
          <w:tcW w:w="2831" w:type="dxa"/>
          <w:vAlign w:val="center"/>
        </w:tcPr>
        <w:p w14:paraId="5023312F" w14:textId="77777777" w:rsidR="00410355" w:rsidRDefault="00410355" w:rsidP="00410355">
          <w:pPr>
            <w:pStyle w:val="Encabezado"/>
            <w:tabs>
              <w:tab w:val="center" w:pos="3119"/>
            </w:tabs>
          </w:pPr>
        </w:p>
      </w:tc>
      <w:tc>
        <w:tcPr>
          <w:tcW w:w="2832" w:type="dxa"/>
          <w:vAlign w:val="center"/>
        </w:tcPr>
        <w:p w14:paraId="7122BFB3" w14:textId="77777777" w:rsidR="00410355" w:rsidRDefault="00410355" w:rsidP="00410355">
          <w:pPr>
            <w:pStyle w:val="Encabezado"/>
            <w:tabs>
              <w:tab w:val="center" w:pos="3119"/>
            </w:tabs>
          </w:pPr>
          <w:r>
            <w:rPr>
              <w:noProof/>
            </w:rPr>
            <w:drawing>
              <wp:inline distT="0" distB="0" distL="0" distR="0" wp14:anchorId="35A4546A" wp14:editId="7C4739D3">
                <wp:extent cx="1485900" cy="544403"/>
                <wp:effectExtent l="0" t="0" r="0" b="8255"/>
                <wp:docPr id="688909321" name="Imagen 688909321" descr="Web SEKUENS">
                  <a:hlinkClick xmlns:a="http://schemas.openxmlformats.org/drawingml/2006/main" r:id="rId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Web SEKUENS">
                          <a:hlinkClick r:id="rId2" tgtFrame="_blank"/>
                        </pic:cNvPr>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98599" cy="549056"/>
                        </a:xfrm>
                        <a:prstGeom prst="rect">
                          <a:avLst/>
                        </a:prstGeom>
                        <a:noFill/>
                        <a:ln>
                          <a:noFill/>
                        </a:ln>
                      </pic:spPr>
                    </pic:pic>
                  </a:graphicData>
                </a:graphic>
              </wp:inline>
            </w:drawing>
          </w:r>
        </w:p>
      </w:tc>
    </w:tr>
  </w:tbl>
  <w:p w14:paraId="16B5CC5B" w14:textId="3EFA90EE" w:rsidR="005041C6" w:rsidRDefault="005041C6">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183C1486"/>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1188530D"/>
    <w:multiLevelType w:val="hybridMultilevel"/>
    <w:tmpl w:val="401027BC"/>
    <w:lvl w:ilvl="0" w:tplc="BFE41C5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A91601B"/>
    <w:multiLevelType w:val="hybridMultilevel"/>
    <w:tmpl w:val="15F4AD8A"/>
    <w:lvl w:ilvl="0" w:tplc="09BEFF5C">
      <w:start w:val="3"/>
      <w:numFmt w:val="decimal"/>
      <w:lvlText w:val="%1."/>
      <w:lvlJc w:val="left"/>
      <w:pPr>
        <w:ind w:left="218" w:hanging="360"/>
      </w:pPr>
      <w:rPr>
        <w:rFonts w:hint="default"/>
        <w:sz w:val="24"/>
      </w:rPr>
    </w:lvl>
    <w:lvl w:ilvl="1" w:tplc="0C0A0019" w:tentative="1">
      <w:start w:val="1"/>
      <w:numFmt w:val="lowerLetter"/>
      <w:lvlText w:val="%2."/>
      <w:lvlJc w:val="left"/>
      <w:pPr>
        <w:ind w:left="938" w:hanging="360"/>
      </w:pPr>
    </w:lvl>
    <w:lvl w:ilvl="2" w:tplc="0C0A001B" w:tentative="1">
      <w:start w:val="1"/>
      <w:numFmt w:val="lowerRoman"/>
      <w:lvlText w:val="%3."/>
      <w:lvlJc w:val="right"/>
      <w:pPr>
        <w:ind w:left="1658" w:hanging="180"/>
      </w:pPr>
    </w:lvl>
    <w:lvl w:ilvl="3" w:tplc="0C0A000F" w:tentative="1">
      <w:start w:val="1"/>
      <w:numFmt w:val="decimal"/>
      <w:lvlText w:val="%4."/>
      <w:lvlJc w:val="left"/>
      <w:pPr>
        <w:ind w:left="2378" w:hanging="360"/>
      </w:pPr>
    </w:lvl>
    <w:lvl w:ilvl="4" w:tplc="0C0A0019" w:tentative="1">
      <w:start w:val="1"/>
      <w:numFmt w:val="lowerLetter"/>
      <w:lvlText w:val="%5."/>
      <w:lvlJc w:val="left"/>
      <w:pPr>
        <w:ind w:left="3098" w:hanging="360"/>
      </w:pPr>
    </w:lvl>
    <w:lvl w:ilvl="5" w:tplc="0C0A001B" w:tentative="1">
      <w:start w:val="1"/>
      <w:numFmt w:val="lowerRoman"/>
      <w:lvlText w:val="%6."/>
      <w:lvlJc w:val="right"/>
      <w:pPr>
        <w:ind w:left="3818" w:hanging="180"/>
      </w:pPr>
    </w:lvl>
    <w:lvl w:ilvl="6" w:tplc="0C0A000F" w:tentative="1">
      <w:start w:val="1"/>
      <w:numFmt w:val="decimal"/>
      <w:lvlText w:val="%7."/>
      <w:lvlJc w:val="left"/>
      <w:pPr>
        <w:ind w:left="4538" w:hanging="360"/>
      </w:pPr>
    </w:lvl>
    <w:lvl w:ilvl="7" w:tplc="0C0A0019" w:tentative="1">
      <w:start w:val="1"/>
      <w:numFmt w:val="lowerLetter"/>
      <w:lvlText w:val="%8."/>
      <w:lvlJc w:val="left"/>
      <w:pPr>
        <w:ind w:left="5258" w:hanging="360"/>
      </w:pPr>
    </w:lvl>
    <w:lvl w:ilvl="8" w:tplc="0C0A001B" w:tentative="1">
      <w:start w:val="1"/>
      <w:numFmt w:val="lowerRoman"/>
      <w:lvlText w:val="%9."/>
      <w:lvlJc w:val="right"/>
      <w:pPr>
        <w:ind w:left="5978" w:hanging="180"/>
      </w:pPr>
    </w:lvl>
  </w:abstractNum>
  <w:abstractNum w:abstractNumId="11" w15:restartNumberingAfterBreak="0">
    <w:nsid w:val="204E0E06"/>
    <w:multiLevelType w:val="hybridMultilevel"/>
    <w:tmpl w:val="7C1E14A8"/>
    <w:lvl w:ilvl="0" w:tplc="0C0A0017">
      <w:start w:val="1"/>
      <w:numFmt w:val="lowerLetter"/>
      <w:lvlText w:val="%1)"/>
      <w:lvlJc w:val="left"/>
      <w:pPr>
        <w:ind w:left="1429" w:hanging="360"/>
      </w:pPr>
    </w:lvl>
    <w:lvl w:ilvl="1" w:tplc="0C0A0019">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211F5182"/>
    <w:multiLevelType w:val="hybridMultilevel"/>
    <w:tmpl w:val="436E23BC"/>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18D50D1"/>
    <w:multiLevelType w:val="hybridMultilevel"/>
    <w:tmpl w:val="4C3E5CAE"/>
    <w:lvl w:ilvl="0" w:tplc="0C0A0017">
      <w:numFmt w:val="decimal"/>
      <w:lvlText w:val=""/>
      <w:lvlJc w:val="left"/>
      <w:pPr>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4" w15:restartNumberingAfterBreak="0">
    <w:nsid w:val="34FA1FCA"/>
    <w:multiLevelType w:val="hybridMultilevel"/>
    <w:tmpl w:val="BD587566"/>
    <w:lvl w:ilvl="0" w:tplc="5700FC32">
      <w:start w:val="5"/>
      <w:numFmt w:val="bullet"/>
      <w:lvlText w:val="-"/>
      <w:lvlJc w:val="left"/>
      <w:pPr>
        <w:ind w:left="1069" w:hanging="360"/>
      </w:pPr>
      <w:rPr>
        <w:rFonts w:ascii="Arial" w:eastAsiaTheme="minorEastAsia" w:hAnsi="Arial" w:cs="Aria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15" w15:restartNumberingAfterBreak="0">
    <w:nsid w:val="38165042"/>
    <w:multiLevelType w:val="hybridMultilevel"/>
    <w:tmpl w:val="18DCFC12"/>
    <w:lvl w:ilvl="0" w:tplc="A5C2A18C">
      <w:start w:val="5"/>
      <w:numFmt w:val="decimal"/>
      <w:lvlText w:val="%1."/>
      <w:lvlJc w:val="left"/>
      <w:pPr>
        <w:ind w:left="218" w:hanging="360"/>
      </w:pPr>
      <w:rPr>
        <w:rFonts w:hint="default"/>
      </w:rPr>
    </w:lvl>
    <w:lvl w:ilvl="1" w:tplc="0C0A0019" w:tentative="1">
      <w:start w:val="1"/>
      <w:numFmt w:val="lowerLetter"/>
      <w:lvlText w:val="%2."/>
      <w:lvlJc w:val="left"/>
      <w:pPr>
        <w:ind w:left="938" w:hanging="360"/>
      </w:pPr>
    </w:lvl>
    <w:lvl w:ilvl="2" w:tplc="0C0A001B" w:tentative="1">
      <w:start w:val="1"/>
      <w:numFmt w:val="lowerRoman"/>
      <w:lvlText w:val="%3."/>
      <w:lvlJc w:val="right"/>
      <w:pPr>
        <w:ind w:left="1658" w:hanging="180"/>
      </w:pPr>
    </w:lvl>
    <w:lvl w:ilvl="3" w:tplc="0C0A000F" w:tentative="1">
      <w:start w:val="1"/>
      <w:numFmt w:val="decimal"/>
      <w:lvlText w:val="%4."/>
      <w:lvlJc w:val="left"/>
      <w:pPr>
        <w:ind w:left="2378" w:hanging="360"/>
      </w:pPr>
    </w:lvl>
    <w:lvl w:ilvl="4" w:tplc="0C0A0019" w:tentative="1">
      <w:start w:val="1"/>
      <w:numFmt w:val="lowerLetter"/>
      <w:lvlText w:val="%5."/>
      <w:lvlJc w:val="left"/>
      <w:pPr>
        <w:ind w:left="3098" w:hanging="360"/>
      </w:pPr>
    </w:lvl>
    <w:lvl w:ilvl="5" w:tplc="0C0A001B" w:tentative="1">
      <w:start w:val="1"/>
      <w:numFmt w:val="lowerRoman"/>
      <w:lvlText w:val="%6."/>
      <w:lvlJc w:val="right"/>
      <w:pPr>
        <w:ind w:left="3818" w:hanging="180"/>
      </w:pPr>
    </w:lvl>
    <w:lvl w:ilvl="6" w:tplc="0C0A000F" w:tentative="1">
      <w:start w:val="1"/>
      <w:numFmt w:val="decimal"/>
      <w:lvlText w:val="%7."/>
      <w:lvlJc w:val="left"/>
      <w:pPr>
        <w:ind w:left="4538" w:hanging="360"/>
      </w:pPr>
    </w:lvl>
    <w:lvl w:ilvl="7" w:tplc="0C0A0019" w:tentative="1">
      <w:start w:val="1"/>
      <w:numFmt w:val="lowerLetter"/>
      <w:lvlText w:val="%8."/>
      <w:lvlJc w:val="left"/>
      <w:pPr>
        <w:ind w:left="5258" w:hanging="360"/>
      </w:pPr>
    </w:lvl>
    <w:lvl w:ilvl="8" w:tplc="0C0A001B" w:tentative="1">
      <w:start w:val="1"/>
      <w:numFmt w:val="lowerRoman"/>
      <w:lvlText w:val="%9."/>
      <w:lvlJc w:val="right"/>
      <w:pPr>
        <w:ind w:left="5978" w:hanging="180"/>
      </w:pPr>
    </w:lvl>
  </w:abstractNum>
  <w:abstractNum w:abstractNumId="16" w15:restartNumberingAfterBreak="0">
    <w:nsid w:val="39495D66"/>
    <w:multiLevelType w:val="hybridMultilevel"/>
    <w:tmpl w:val="B12EB9D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2D64099"/>
    <w:multiLevelType w:val="hybridMultilevel"/>
    <w:tmpl w:val="DA5821A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40368DC"/>
    <w:multiLevelType w:val="hybridMultilevel"/>
    <w:tmpl w:val="4F5833FE"/>
    <w:lvl w:ilvl="0" w:tplc="0C0A0017">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7DD2D65"/>
    <w:multiLevelType w:val="hybridMultilevel"/>
    <w:tmpl w:val="4D0AEF4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B5E1C63"/>
    <w:multiLevelType w:val="hybridMultilevel"/>
    <w:tmpl w:val="84CCF396"/>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21" w15:restartNumberingAfterBreak="0">
    <w:nsid w:val="50DE1E81"/>
    <w:multiLevelType w:val="hybridMultilevel"/>
    <w:tmpl w:val="7DE2C7F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1F9067D"/>
    <w:multiLevelType w:val="hybridMultilevel"/>
    <w:tmpl w:val="7338C484"/>
    <w:lvl w:ilvl="0" w:tplc="0ABAC516">
      <w:start w:val="1"/>
      <w:numFmt w:val="decimal"/>
      <w:lvlText w:val="%1."/>
      <w:lvlJc w:val="left"/>
      <w:pPr>
        <w:ind w:left="218" w:hanging="360"/>
      </w:pPr>
      <w:rPr>
        <w:rFonts w:hint="default"/>
      </w:rPr>
    </w:lvl>
    <w:lvl w:ilvl="1" w:tplc="0C0A0019" w:tentative="1">
      <w:start w:val="1"/>
      <w:numFmt w:val="lowerLetter"/>
      <w:lvlText w:val="%2."/>
      <w:lvlJc w:val="left"/>
      <w:pPr>
        <w:ind w:left="938" w:hanging="360"/>
      </w:pPr>
    </w:lvl>
    <w:lvl w:ilvl="2" w:tplc="0C0A001B" w:tentative="1">
      <w:start w:val="1"/>
      <w:numFmt w:val="lowerRoman"/>
      <w:lvlText w:val="%3."/>
      <w:lvlJc w:val="right"/>
      <w:pPr>
        <w:ind w:left="1658" w:hanging="180"/>
      </w:pPr>
    </w:lvl>
    <w:lvl w:ilvl="3" w:tplc="0C0A000F" w:tentative="1">
      <w:start w:val="1"/>
      <w:numFmt w:val="decimal"/>
      <w:lvlText w:val="%4."/>
      <w:lvlJc w:val="left"/>
      <w:pPr>
        <w:ind w:left="2378" w:hanging="360"/>
      </w:pPr>
    </w:lvl>
    <w:lvl w:ilvl="4" w:tplc="0C0A0019" w:tentative="1">
      <w:start w:val="1"/>
      <w:numFmt w:val="lowerLetter"/>
      <w:lvlText w:val="%5."/>
      <w:lvlJc w:val="left"/>
      <w:pPr>
        <w:ind w:left="3098" w:hanging="360"/>
      </w:pPr>
    </w:lvl>
    <w:lvl w:ilvl="5" w:tplc="0C0A001B" w:tentative="1">
      <w:start w:val="1"/>
      <w:numFmt w:val="lowerRoman"/>
      <w:lvlText w:val="%6."/>
      <w:lvlJc w:val="right"/>
      <w:pPr>
        <w:ind w:left="3818" w:hanging="180"/>
      </w:pPr>
    </w:lvl>
    <w:lvl w:ilvl="6" w:tplc="0C0A000F" w:tentative="1">
      <w:start w:val="1"/>
      <w:numFmt w:val="decimal"/>
      <w:lvlText w:val="%7."/>
      <w:lvlJc w:val="left"/>
      <w:pPr>
        <w:ind w:left="4538" w:hanging="360"/>
      </w:pPr>
    </w:lvl>
    <w:lvl w:ilvl="7" w:tplc="0C0A0019" w:tentative="1">
      <w:start w:val="1"/>
      <w:numFmt w:val="lowerLetter"/>
      <w:lvlText w:val="%8."/>
      <w:lvlJc w:val="left"/>
      <w:pPr>
        <w:ind w:left="5258" w:hanging="360"/>
      </w:pPr>
    </w:lvl>
    <w:lvl w:ilvl="8" w:tplc="0C0A001B" w:tentative="1">
      <w:start w:val="1"/>
      <w:numFmt w:val="lowerRoman"/>
      <w:lvlText w:val="%9."/>
      <w:lvlJc w:val="right"/>
      <w:pPr>
        <w:ind w:left="5978" w:hanging="180"/>
      </w:pPr>
    </w:lvl>
  </w:abstractNum>
  <w:abstractNum w:abstractNumId="23" w15:restartNumberingAfterBreak="0">
    <w:nsid w:val="53C909A4"/>
    <w:multiLevelType w:val="hybridMultilevel"/>
    <w:tmpl w:val="E5F0BB0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55577E1"/>
    <w:multiLevelType w:val="hybridMultilevel"/>
    <w:tmpl w:val="DCE0168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5FA1E74"/>
    <w:multiLevelType w:val="hybridMultilevel"/>
    <w:tmpl w:val="6C3CD042"/>
    <w:lvl w:ilvl="0" w:tplc="0C0A000F">
      <w:start w:val="1"/>
      <w:numFmt w:val="decimal"/>
      <w:lvlText w:val="%1."/>
      <w:lvlJc w:val="left"/>
      <w:pPr>
        <w:ind w:left="720" w:hanging="360"/>
      </w:pPr>
    </w:lvl>
    <w:lvl w:ilvl="1" w:tplc="0C0A000F">
      <w:start w:val="1"/>
      <w:numFmt w:val="decimal"/>
      <w:lvlText w:val="%2."/>
      <w:lvlJc w:val="left"/>
      <w:pPr>
        <w:ind w:left="720" w:hanging="360"/>
      </w:pPr>
    </w:lvl>
    <w:lvl w:ilvl="2" w:tplc="28EEB20E">
      <w:start w:val="2"/>
      <w:numFmt w:val="bullet"/>
      <w:lvlText w:val="-"/>
      <w:lvlJc w:val="left"/>
      <w:pPr>
        <w:ind w:left="2340" w:hanging="360"/>
      </w:pPr>
      <w:rPr>
        <w:rFonts w:ascii="Arial" w:eastAsiaTheme="minorEastAsia" w:hAnsi="Arial" w:cs="Arial"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9723EEB"/>
    <w:multiLevelType w:val="hybridMultilevel"/>
    <w:tmpl w:val="21041542"/>
    <w:lvl w:ilvl="0" w:tplc="0C0A000F">
      <w:start w:val="1"/>
      <w:numFmt w:val="decimal"/>
      <w:lvlText w:val="%1."/>
      <w:lvlJc w:val="left"/>
      <w:pPr>
        <w:ind w:left="720" w:hanging="360"/>
      </w:pPr>
    </w:lvl>
    <w:lvl w:ilvl="1" w:tplc="FAA4F764">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5A067090"/>
    <w:multiLevelType w:val="hybridMultilevel"/>
    <w:tmpl w:val="4718CEF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C7422A4"/>
    <w:multiLevelType w:val="hybridMultilevel"/>
    <w:tmpl w:val="66AAF5B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1B9399C"/>
    <w:multiLevelType w:val="hybridMultilevel"/>
    <w:tmpl w:val="927C3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1DB5CDB"/>
    <w:multiLevelType w:val="hybridMultilevel"/>
    <w:tmpl w:val="05E47518"/>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31" w15:restartNumberingAfterBreak="0">
    <w:nsid w:val="68AE34B7"/>
    <w:multiLevelType w:val="hybridMultilevel"/>
    <w:tmpl w:val="3D7ABB1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9216014"/>
    <w:multiLevelType w:val="multilevel"/>
    <w:tmpl w:val="7940FFA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AA927C7"/>
    <w:multiLevelType w:val="hybridMultilevel"/>
    <w:tmpl w:val="4C7A5EA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BA26E5B"/>
    <w:multiLevelType w:val="hybridMultilevel"/>
    <w:tmpl w:val="CD4EE482"/>
    <w:lvl w:ilvl="0" w:tplc="0C0A000B">
      <w:numFmt w:val="decimal"/>
      <w:lvlText w:val=""/>
      <w:lvlJc w:val="left"/>
      <w:pPr>
        <w:ind w:left="360" w:hanging="360"/>
      </w:pPr>
      <w:rPr>
        <w:rFonts w:ascii="Wingdings" w:hAnsi="Wingdings" w:hint="default"/>
      </w:rPr>
    </w:lvl>
    <w:lvl w:ilvl="1" w:tplc="0C0A0003">
      <w:numFmt w:val="decimal"/>
      <w:lvlText w:val="o"/>
      <w:lvlJc w:val="left"/>
      <w:pPr>
        <w:ind w:left="1080" w:hanging="360"/>
      </w:pPr>
      <w:rPr>
        <w:rFonts w:ascii="Courier New" w:hAnsi="Courier New" w:cs="Courier New" w:hint="default"/>
      </w:rPr>
    </w:lvl>
    <w:lvl w:ilvl="2" w:tplc="0C0A0005">
      <w:numFmt w:val="decimal"/>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35" w15:restartNumberingAfterBreak="0">
    <w:nsid w:val="71581E1F"/>
    <w:multiLevelType w:val="hybridMultilevel"/>
    <w:tmpl w:val="A05EBA7E"/>
    <w:lvl w:ilvl="0" w:tplc="0C0A0017">
      <w:start w:val="1"/>
      <w:numFmt w:val="lowerLetter"/>
      <w:lvlText w:val="%1)"/>
      <w:lvlJc w:val="left"/>
      <w:pPr>
        <w:ind w:left="720" w:hanging="360"/>
      </w:pPr>
    </w:lvl>
    <w:lvl w:ilvl="1" w:tplc="0E202C06">
      <w:start w:val="1"/>
      <w:numFmt w:val="decimal"/>
      <w:lvlText w:val="%2."/>
      <w:lvlJc w:val="left"/>
      <w:pPr>
        <w:ind w:left="1530" w:hanging="45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72DE05DB"/>
    <w:multiLevelType w:val="hybridMultilevel"/>
    <w:tmpl w:val="BCA452E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7" w15:restartNumberingAfterBreak="0">
    <w:nsid w:val="74246C19"/>
    <w:multiLevelType w:val="hybridMultilevel"/>
    <w:tmpl w:val="7F82FCF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743C64CD"/>
    <w:multiLevelType w:val="hybridMultilevel"/>
    <w:tmpl w:val="9CF2998A"/>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779D229A"/>
    <w:multiLevelType w:val="hybridMultilevel"/>
    <w:tmpl w:val="28BC13B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77B701F0"/>
    <w:multiLevelType w:val="hybridMultilevel"/>
    <w:tmpl w:val="86C01B86"/>
    <w:lvl w:ilvl="0" w:tplc="FFFFFFFF">
      <w:start w:val="1"/>
      <w:numFmt w:val="lowerLetter"/>
      <w:lvlText w:val="%1)"/>
      <w:lvlJc w:val="left"/>
      <w:pPr>
        <w:ind w:left="720" w:hanging="360"/>
      </w:pPr>
    </w:lvl>
    <w:lvl w:ilvl="1" w:tplc="0C0A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82D2B35"/>
    <w:multiLevelType w:val="hybridMultilevel"/>
    <w:tmpl w:val="0574B60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78411CA5"/>
    <w:multiLevelType w:val="hybridMultilevel"/>
    <w:tmpl w:val="1B10930A"/>
    <w:lvl w:ilvl="0" w:tplc="B5BEE516">
      <w:start w:val="1"/>
      <w:numFmt w:val="decimal"/>
      <w:lvlText w:val="%1."/>
      <w:lvlJc w:val="left"/>
      <w:pPr>
        <w:ind w:left="218" w:hanging="360"/>
      </w:pPr>
      <w:rPr>
        <w:rFonts w:ascii="Arial" w:hAnsi="Arial" w:hint="default"/>
        <w:sz w:val="21"/>
      </w:rPr>
    </w:lvl>
    <w:lvl w:ilvl="1" w:tplc="0C0A0019" w:tentative="1">
      <w:start w:val="1"/>
      <w:numFmt w:val="lowerLetter"/>
      <w:lvlText w:val="%2."/>
      <w:lvlJc w:val="left"/>
      <w:pPr>
        <w:ind w:left="938" w:hanging="360"/>
      </w:pPr>
    </w:lvl>
    <w:lvl w:ilvl="2" w:tplc="0C0A001B" w:tentative="1">
      <w:start w:val="1"/>
      <w:numFmt w:val="lowerRoman"/>
      <w:lvlText w:val="%3."/>
      <w:lvlJc w:val="right"/>
      <w:pPr>
        <w:ind w:left="1658" w:hanging="180"/>
      </w:pPr>
    </w:lvl>
    <w:lvl w:ilvl="3" w:tplc="0C0A000F" w:tentative="1">
      <w:start w:val="1"/>
      <w:numFmt w:val="decimal"/>
      <w:lvlText w:val="%4."/>
      <w:lvlJc w:val="left"/>
      <w:pPr>
        <w:ind w:left="2378" w:hanging="360"/>
      </w:pPr>
    </w:lvl>
    <w:lvl w:ilvl="4" w:tplc="0C0A0019" w:tentative="1">
      <w:start w:val="1"/>
      <w:numFmt w:val="lowerLetter"/>
      <w:lvlText w:val="%5."/>
      <w:lvlJc w:val="left"/>
      <w:pPr>
        <w:ind w:left="3098" w:hanging="360"/>
      </w:pPr>
    </w:lvl>
    <w:lvl w:ilvl="5" w:tplc="0C0A001B" w:tentative="1">
      <w:start w:val="1"/>
      <w:numFmt w:val="lowerRoman"/>
      <w:lvlText w:val="%6."/>
      <w:lvlJc w:val="right"/>
      <w:pPr>
        <w:ind w:left="3818" w:hanging="180"/>
      </w:pPr>
    </w:lvl>
    <w:lvl w:ilvl="6" w:tplc="0C0A000F" w:tentative="1">
      <w:start w:val="1"/>
      <w:numFmt w:val="decimal"/>
      <w:lvlText w:val="%7."/>
      <w:lvlJc w:val="left"/>
      <w:pPr>
        <w:ind w:left="4538" w:hanging="360"/>
      </w:pPr>
    </w:lvl>
    <w:lvl w:ilvl="7" w:tplc="0C0A0019" w:tentative="1">
      <w:start w:val="1"/>
      <w:numFmt w:val="lowerLetter"/>
      <w:lvlText w:val="%8."/>
      <w:lvlJc w:val="left"/>
      <w:pPr>
        <w:ind w:left="5258" w:hanging="360"/>
      </w:pPr>
    </w:lvl>
    <w:lvl w:ilvl="8" w:tplc="0C0A001B" w:tentative="1">
      <w:start w:val="1"/>
      <w:numFmt w:val="lowerRoman"/>
      <w:lvlText w:val="%9."/>
      <w:lvlJc w:val="right"/>
      <w:pPr>
        <w:ind w:left="5978" w:hanging="180"/>
      </w:pPr>
    </w:lvl>
  </w:abstractNum>
  <w:abstractNum w:abstractNumId="43" w15:restartNumberingAfterBreak="0">
    <w:nsid w:val="79F906B1"/>
    <w:multiLevelType w:val="hybridMultilevel"/>
    <w:tmpl w:val="C82E0BB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264994569">
    <w:abstractNumId w:val="8"/>
  </w:num>
  <w:num w:numId="2" w16cid:durableId="1740394965">
    <w:abstractNumId w:val="6"/>
  </w:num>
  <w:num w:numId="3" w16cid:durableId="1563520895">
    <w:abstractNumId w:val="5"/>
  </w:num>
  <w:num w:numId="4" w16cid:durableId="1455520178">
    <w:abstractNumId w:val="4"/>
  </w:num>
  <w:num w:numId="5" w16cid:durableId="186723939">
    <w:abstractNumId w:val="7"/>
  </w:num>
  <w:num w:numId="6" w16cid:durableId="1888713672">
    <w:abstractNumId w:val="3"/>
  </w:num>
  <w:num w:numId="7" w16cid:durableId="1707020251">
    <w:abstractNumId w:val="2"/>
  </w:num>
  <w:num w:numId="8" w16cid:durableId="695083771">
    <w:abstractNumId w:val="1"/>
  </w:num>
  <w:num w:numId="9" w16cid:durableId="1149590349">
    <w:abstractNumId w:val="0"/>
  </w:num>
  <w:num w:numId="10" w16cid:durableId="1662075962">
    <w:abstractNumId w:val="18"/>
  </w:num>
  <w:num w:numId="11" w16cid:durableId="1455521276">
    <w:abstractNumId w:val="23"/>
  </w:num>
  <w:num w:numId="12" w16cid:durableId="1834833180">
    <w:abstractNumId w:val="42"/>
  </w:num>
  <w:num w:numId="13" w16cid:durableId="1642342721">
    <w:abstractNumId w:val="15"/>
  </w:num>
  <w:num w:numId="14" w16cid:durableId="232591614">
    <w:abstractNumId w:val="22"/>
  </w:num>
  <w:num w:numId="15" w16cid:durableId="596443845">
    <w:abstractNumId w:val="36"/>
  </w:num>
  <w:num w:numId="16" w16cid:durableId="376977618">
    <w:abstractNumId w:val="10"/>
  </w:num>
  <w:num w:numId="17" w16cid:durableId="47261881">
    <w:abstractNumId w:val="32"/>
  </w:num>
  <w:num w:numId="18" w16cid:durableId="1973830266">
    <w:abstractNumId w:val="13"/>
  </w:num>
  <w:num w:numId="19" w16cid:durableId="1573809428">
    <w:abstractNumId w:val="34"/>
  </w:num>
  <w:num w:numId="20" w16cid:durableId="1336957263">
    <w:abstractNumId w:val="41"/>
  </w:num>
  <w:num w:numId="21" w16cid:durableId="110363898">
    <w:abstractNumId w:val="14"/>
  </w:num>
  <w:num w:numId="22" w16cid:durableId="1260529808">
    <w:abstractNumId w:val="19"/>
  </w:num>
  <w:num w:numId="23" w16cid:durableId="488519524">
    <w:abstractNumId w:val="21"/>
  </w:num>
  <w:num w:numId="24" w16cid:durableId="221530409">
    <w:abstractNumId w:val="28"/>
  </w:num>
  <w:num w:numId="25" w16cid:durableId="519273779">
    <w:abstractNumId w:val="24"/>
  </w:num>
  <w:num w:numId="26" w16cid:durableId="1986083733">
    <w:abstractNumId w:val="35"/>
  </w:num>
  <w:num w:numId="27" w16cid:durableId="426508939">
    <w:abstractNumId w:val="37"/>
  </w:num>
  <w:num w:numId="28" w16cid:durableId="1634750199">
    <w:abstractNumId w:val="9"/>
  </w:num>
  <w:num w:numId="29" w16cid:durableId="431318188">
    <w:abstractNumId w:val="25"/>
  </w:num>
  <w:num w:numId="30" w16cid:durableId="831219206">
    <w:abstractNumId w:val="17"/>
  </w:num>
  <w:num w:numId="31" w16cid:durableId="1264024412">
    <w:abstractNumId w:val="27"/>
  </w:num>
  <w:num w:numId="32" w16cid:durableId="1034648947">
    <w:abstractNumId w:val="39"/>
  </w:num>
  <w:num w:numId="33" w16cid:durableId="1944075154">
    <w:abstractNumId w:val="31"/>
  </w:num>
  <w:num w:numId="34" w16cid:durableId="1898005600">
    <w:abstractNumId w:val="26"/>
  </w:num>
  <w:num w:numId="35" w16cid:durableId="2039702061">
    <w:abstractNumId w:val="11"/>
  </w:num>
  <w:num w:numId="36" w16cid:durableId="1917203651">
    <w:abstractNumId w:val="33"/>
  </w:num>
  <w:num w:numId="37" w16cid:durableId="544098651">
    <w:abstractNumId w:val="43"/>
  </w:num>
  <w:num w:numId="38" w16cid:durableId="100877622">
    <w:abstractNumId w:val="38"/>
  </w:num>
  <w:num w:numId="39" w16cid:durableId="231700035">
    <w:abstractNumId w:val="40"/>
  </w:num>
  <w:num w:numId="40" w16cid:durableId="1319379847">
    <w:abstractNumId w:val="16"/>
  </w:num>
  <w:num w:numId="41" w16cid:durableId="368728580">
    <w:abstractNumId w:val="12"/>
  </w:num>
  <w:num w:numId="42" w16cid:durableId="795149013">
    <w:abstractNumId w:val="29"/>
  </w:num>
  <w:num w:numId="43" w16cid:durableId="849107565">
    <w:abstractNumId w:val="20"/>
  </w:num>
  <w:num w:numId="44" w16cid:durableId="7354742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GKNq2p4rmaa1uiI84/4V8/pWauPpAvPiz6jS6YwrLoc1gQyEYN3TbwZVSMAu4qvi+pXatTflrWuL/kqEKaYkJA==" w:salt="SJbWGOe47s6r15yb0SAORg=="/>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628"/>
    <w:rsid w:val="00011435"/>
    <w:rsid w:val="00026BD4"/>
    <w:rsid w:val="00034616"/>
    <w:rsid w:val="00043EE3"/>
    <w:rsid w:val="00056406"/>
    <w:rsid w:val="0006063C"/>
    <w:rsid w:val="00066702"/>
    <w:rsid w:val="00071367"/>
    <w:rsid w:val="000771A4"/>
    <w:rsid w:val="000959A8"/>
    <w:rsid w:val="000B2880"/>
    <w:rsid w:val="001258F2"/>
    <w:rsid w:val="0015074B"/>
    <w:rsid w:val="001704DB"/>
    <w:rsid w:val="00182BFC"/>
    <w:rsid w:val="00184D60"/>
    <w:rsid w:val="00186014"/>
    <w:rsid w:val="001E41C3"/>
    <w:rsid w:val="001F09E3"/>
    <w:rsid w:val="001F20F1"/>
    <w:rsid w:val="0020366B"/>
    <w:rsid w:val="00206FB8"/>
    <w:rsid w:val="00207E3E"/>
    <w:rsid w:val="00237B96"/>
    <w:rsid w:val="00244968"/>
    <w:rsid w:val="002959D2"/>
    <w:rsid w:val="0029639D"/>
    <w:rsid w:val="002A37C2"/>
    <w:rsid w:val="002B265B"/>
    <w:rsid w:val="002D3CE6"/>
    <w:rsid w:val="002F6157"/>
    <w:rsid w:val="00326F90"/>
    <w:rsid w:val="00330B78"/>
    <w:rsid w:val="0035423E"/>
    <w:rsid w:val="003917C4"/>
    <w:rsid w:val="003E45D0"/>
    <w:rsid w:val="003F4E47"/>
    <w:rsid w:val="0040373B"/>
    <w:rsid w:val="00404AC0"/>
    <w:rsid w:val="00410355"/>
    <w:rsid w:val="00410CA0"/>
    <w:rsid w:val="004201D1"/>
    <w:rsid w:val="00436F6F"/>
    <w:rsid w:val="00443B5D"/>
    <w:rsid w:val="00471618"/>
    <w:rsid w:val="00490536"/>
    <w:rsid w:val="004B3D5F"/>
    <w:rsid w:val="004C6C05"/>
    <w:rsid w:val="004D4EA2"/>
    <w:rsid w:val="004D66F9"/>
    <w:rsid w:val="004E0B28"/>
    <w:rsid w:val="005041C6"/>
    <w:rsid w:val="00522D42"/>
    <w:rsid w:val="00526502"/>
    <w:rsid w:val="0053420F"/>
    <w:rsid w:val="00543250"/>
    <w:rsid w:val="00543412"/>
    <w:rsid w:val="005465D8"/>
    <w:rsid w:val="00561428"/>
    <w:rsid w:val="005C056A"/>
    <w:rsid w:val="005C6599"/>
    <w:rsid w:val="00642EDF"/>
    <w:rsid w:val="00651F28"/>
    <w:rsid w:val="00692D8F"/>
    <w:rsid w:val="006E2586"/>
    <w:rsid w:val="006E6930"/>
    <w:rsid w:val="006F0D45"/>
    <w:rsid w:val="006F28F1"/>
    <w:rsid w:val="00705E84"/>
    <w:rsid w:val="00731E85"/>
    <w:rsid w:val="00766371"/>
    <w:rsid w:val="00780E0D"/>
    <w:rsid w:val="007A0328"/>
    <w:rsid w:val="007B2D85"/>
    <w:rsid w:val="007C3D68"/>
    <w:rsid w:val="007D7B50"/>
    <w:rsid w:val="00840DDA"/>
    <w:rsid w:val="00873A7A"/>
    <w:rsid w:val="008821EA"/>
    <w:rsid w:val="00887357"/>
    <w:rsid w:val="00887E9F"/>
    <w:rsid w:val="008A1EA8"/>
    <w:rsid w:val="008C494D"/>
    <w:rsid w:val="009115CB"/>
    <w:rsid w:val="009215C7"/>
    <w:rsid w:val="00940BC5"/>
    <w:rsid w:val="00953D68"/>
    <w:rsid w:val="009751A5"/>
    <w:rsid w:val="00975BDF"/>
    <w:rsid w:val="009908D2"/>
    <w:rsid w:val="00994D0A"/>
    <w:rsid w:val="009D7C81"/>
    <w:rsid w:val="00A01B51"/>
    <w:rsid w:val="00A108FC"/>
    <w:rsid w:val="00A13972"/>
    <w:rsid w:val="00A24537"/>
    <w:rsid w:val="00A63E38"/>
    <w:rsid w:val="00A8352F"/>
    <w:rsid w:val="00A83989"/>
    <w:rsid w:val="00AA1D8D"/>
    <w:rsid w:val="00AC3350"/>
    <w:rsid w:val="00AF197A"/>
    <w:rsid w:val="00B07EC3"/>
    <w:rsid w:val="00B47730"/>
    <w:rsid w:val="00B7495D"/>
    <w:rsid w:val="00B7595D"/>
    <w:rsid w:val="00BD3067"/>
    <w:rsid w:val="00C035A2"/>
    <w:rsid w:val="00C1293B"/>
    <w:rsid w:val="00C14F5B"/>
    <w:rsid w:val="00C31EA8"/>
    <w:rsid w:val="00C354C4"/>
    <w:rsid w:val="00C46C84"/>
    <w:rsid w:val="00C57C63"/>
    <w:rsid w:val="00CB0664"/>
    <w:rsid w:val="00CE1CA5"/>
    <w:rsid w:val="00D071CE"/>
    <w:rsid w:val="00D1382F"/>
    <w:rsid w:val="00D56F44"/>
    <w:rsid w:val="00D96B67"/>
    <w:rsid w:val="00DA2A7D"/>
    <w:rsid w:val="00DE6D13"/>
    <w:rsid w:val="00E1669D"/>
    <w:rsid w:val="00E16B0C"/>
    <w:rsid w:val="00E2730E"/>
    <w:rsid w:val="00E36934"/>
    <w:rsid w:val="00E4653C"/>
    <w:rsid w:val="00E6761A"/>
    <w:rsid w:val="00E91585"/>
    <w:rsid w:val="00EB3986"/>
    <w:rsid w:val="00EC36E4"/>
    <w:rsid w:val="00EF3B58"/>
    <w:rsid w:val="00F05CD9"/>
    <w:rsid w:val="00F4730C"/>
    <w:rsid w:val="00F67917"/>
    <w:rsid w:val="00F7647C"/>
    <w:rsid w:val="00F82104"/>
    <w:rsid w:val="00FA40E0"/>
    <w:rsid w:val="00FC693F"/>
    <w:rsid w:val="00FD78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83B389"/>
  <w14:defaultImageDpi w14:val="300"/>
  <w15:docId w15:val="{797FA0A5-AD18-4A45-9388-D94628304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hAnsi="Arial"/>
      <w:sz w:val="21"/>
    </w:rPr>
  </w:style>
  <w:style w:type="paragraph" w:styleId="Ttulo1">
    <w:name w:val="heading 1"/>
    <w:basedOn w:val="Normal"/>
    <w:next w:val="Normal"/>
    <w:link w:val="Ttulo1Car"/>
    <w:uiPriority w:val="9"/>
    <w:qFormat/>
    <w:rsid w:val="00FC693F"/>
    <w:pPr>
      <w:keepNext/>
      <w:keepLines/>
      <w:spacing w:before="200" w:after="100"/>
      <w:outlineLvl w:val="0"/>
    </w:pPr>
    <w:rPr>
      <w:rFonts w:asciiTheme="majorHAnsi" w:eastAsiaTheme="majorEastAsia" w:hAnsiTheme="majorHAnsi" w:cstheme="majorBidi"/>
      <w:b/>
      <w:bCs/>
      <w:color w:val="1F4E79"/>
      <w:sz w:val="24"/>
      <w:szCs w:val="28"/>
    </w:rPr>
  </w:style>
  <w:style w:type="paragraph" w:styleId="Ttulo2">
    <w:name w:val="heading 2"/>
    <w:basedOn w:val="Normal"/>
    <w:next w:val="Normal"/>
    <w:link w:val="Ttulo2Car"/>
    <w:uiPriority w:val="9"/>
    <w:unhideWhenUsed/>
    <w:qFormat/>
    <w:rsid w:val="00FC693F"/>
    <w:pPr>
      <w:keepNext/>
      <w:keepLines/>
      <w:spacing w:before="200" w:after="100"/>
      <w:outlineLvl w:val="1"/>
    </w:pPr>
    <w:rPr>
      <w:rFonts w:asciiTheme="majorHAnsi" w:eastAsiaTheme="majorEastAsia" w:hAnsiTheme="majorHAnsi" w:cstheme="majorBidi"/>
      <w:b/>
      <w:bCs/>
      <w:color w:val="2F5597"/>
      <w:sz w:val="22"/>
      <w:szCs w:val="26"/>
    </w:rPr>
  </w:style>
  <w:style w:type="paragraph" w:styleId="Ttulo3">
    <w:name w:val="heading 3"/>
    <w:basedOn w:val="Normal"/>
    <w:next w:val="Normal"/>
    <w:link w:val="Ttulo3Car"/>
    <w:uiPriority w:val="9"/>
    <w:unhideWhenUsed/>
    <w:qFormat/>
    <w:rsid w:val="00FC693F"/>
    <w:pPr>
      <w:keepNext/>
      <w:keepLines/>
      <w:spacing w:before="200" w:after="100"/>
      <w:outlineLvl w:val="2"/>
    </w:pPr>
    <w:rPr>
      <w:rFonts w:asciiTheme="majorHAnsi" w:eastAsiaTheme="majorEastAsia" w:hAnsiTheme="majorHAnsi" w:cstheme="majorBidi"/>
      <w:b/>
      <w:bCs/>
      <w:color w:val="365F9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keepNext/>
      <w:pBdr>
        <w:bottom w:val="single" w:sz="8" w:space="4" w:color="4F81BD" w:themeColor="accent1"/>
      </w:pBdr>
      <w:spacing w:before="200" w:after="100" w:line="240" w:lineRule="auto"/>
      <w:contextualSpacing/>
    </w:pPr>
    <w:rPr>
      <w:rFonts w:asciiTheme="majorHAnsi" w:eastAsiaTheme="majorEastAsia" w:hAnsiTheme="majorHAnsi" w:cstheme="majorBidi"/>
      <w:b/>
      <w:color w:val="1F4E79"/>
      <w:spacing w:val="5"/>
      <w:kern w:val="28"/>
      <w:sz w:val="28"/>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Refdecomentario">
    <w:name w:val="annotation reference"/>
    <w:basedOn w:val="Fuentedeprrafopredeter"/>
    <w:uiPriority w:val="99"/>
    <w:semiHidden/>
    <w:unhideWhenUsed/>
    <w:rsid w:val="002D3CE6"/>
    <w:rPr>
      <w:sz w:val="16"/>
      <w:szCs w:val="16"/>
    </w:rPr>
  </w:style>
  <w:style w:type="paragraph" w:styleId="Textocomentario">
    <w:name w:val="annotation text"/>
    <w:basedOn w:val="Normal"/>
    <w:link w:val="TextocomentarioCar"/>
    <w:uiPriority w:val="99"/>
    <w:unhideWhenUsed/>
    <w:rsid w:val="002D3CE6"/>
    <w:pPr>
      <w:spacing w:line="240" w:lineRule="auto"/>
    </w:pPr>
    <w:rPr>
      <w:sz w:val="20"/>
      <w:szCs w:val="20"/>
    </w:rPr>
  </w:style>
  <w:style w:type="character" w:customStyle="1" w:styleId="TextocomentarioCar">
    <w:name w:val="Texto comentario Car"/>
    <w:basedOn w:val="Fuentedeprrafopredeter"/>
    <w:link w:val="Textocomentario"/>
    <w:uiPriority w:val="99"/>
    <w:rsid w:val="002D3CE6"/>
    <w:rPr>
      <w:rFonts w:ascii="Arial" w:hAnsi="Arial"/>
      <w:sz w:val="20"/>
      <w:szCs w:val="20"/>
    </w:rPr>
  </w:style>
  <w:style w:type="paragraph" w:styleId="Asuntodelcomentario">
    <w:name w:val="annotation subject"/>
    <w:basedOn w:val="Textocomentario"/>
    <w:next w:val="Textocomentario"/>
    <w:link w:val="AsuntodelcomentarioCar"/>
    <w:uiPriority w:val="99"/>
    <w:semiHidden/>
    <w:unhideWhenUsed/>
    <w:rsid w:val="002D3CE6"/>
    <w:rPr>
      <w:b/>
      <w:bCs/>
    </w:rPr>
  </w:style>
  <w:style w:type="character" w:customStyle="1" w:styleId="AsuntodelcomentarioCar">
    <w:name w:val="Asunto del comentario Car"/>
    <w:basedOn w:val="TextocomentarioCar"/>
    <w:link w:val="Asuntodelcomentario"/>
    <w:uiPriority w:val="99"/>
    <w:semiHidden/>
    <w:rsid w:val="002D3CE6"/>
    <w:rPr>
      <w:rFonts w:ascii="Arial" w:hAnsi="Arial"/>
      <w:b/>
      <w:bCs/>
      <w:sz w:val="20"/>
      <w:szCs w:val="20"/>
    </w:rPr>
  </w:style>
  <w:style w:type="character" w:styleId="Hipervnculo">
    <w:name w:val="Hyperlink"/>
    <w:basedOn w:val="Fuentedeprrafopredeter"/>
    <w:uiPriority w:val="99"/>
    <w:unhideWhenUsed/>
    <w:rsid w:val="00A83989"/>
    <w:rPr>
      <w:color w:val="0000FF" w:themeColor="hyperlink"/>
      <w:u w:val="single"/>
    </w:rPr>
  </w:style>
  <w:style w:type="character" w:styleId="Mencinsinresolver">
    <w:name w:val="Unresolved Mention"/>
    <w:basedOn w:val="Fuentedeprrafopredeter"/>
    <w:uiPriority w:val="99"/>
    <w:semiHidden/>
    <w:unhideWhenUsed/>
    <w:rsid w:val="00A83989"/>
    <w:rPr>
      <w:color w:val="605E5C"/>
      <w:shd w:val="clear" w:color="auto" w:fill="E1DFDD"/>
    </w:rPr>
  </w:style>
  <w:style w:type="paragraph" w:styleId="NormalWeb">
    <w:name w:val="Normal (Web)"/>
    <w:basedOn w:val="Normal"/>
    <w:uiPriority w:val="99"/>
    <w:semiHidden/>
    <w:unhideWhenUsed/>
    <w:rsid w:val="0018601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Refdenotaalpie">
    <w:name w:val="footnote reference"/>
    <w:basedOn w:val="Fuentedeprrafopredeter"/>
    <w:semiHidden/>
    <w:unhideWhenUsed/>
    <w:rsid w:val="00186014"/>
    <w:rPr>
      <w:vertAlign w:val="superscript"/>
    </w:rPr>
  </w:style>
  <w:style w:type="character" w:styleId="Hipervnculovisitado">
    <w:name w:val="FollowedHyperlink"/>
    <w:basedOn w:val="Fuentedeprrafopredeter"/>
    <w:uiPriority w:val="99"/>
    <w:semiHidden/>
    <w:unhideWhenUsed/>
    <w:rsid w:val="00953D6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depa.es/modelos/derecho_oposicion.doc" TargetMode="External"/><Relationship Id="rId13" Type="http://schemas.openxmlformats.org/officeDocument/2006/relationships/hyperlink" Target="mailto:lopd@incydecamaras.e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dpd@sekuens.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hyperlink" Target="http://sekuens.es/" TargetMode="External"/><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1246</Words>
  <Characters>6856</Characters>
  <Application>Microsoft Office Word</Application>
  <DocSecurity>0</DocSecurity>
  <Lines>57</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Bases y convocatoria integradas INCIVASTURIAS - versión revisada</vt:lpstr>
      <vt:lpstr/>
    </vt:vector>
  </TitlesOfParts>
  <Manager/>
  <Company/>
  <LinksUpToDate>false</LinksUpToDate>
  <CharactersWithSpaces>8086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y convocatoria integradas INCIVASTURIAS - versión revisada</dc:title>
  <dc:subject>Versión revisada y corregida</dc:subject>
  <dc:creator>Mónica Pulido Navas</dc:creator>
  <cp:keywords/>
  <dc:description>generated by python-docx</dc:description>
  <cp:lastModifiedBy>powerbi powerbi</cp:lastModifiedBy>
  <cp:revision>6</cp:revision>
  <dcterms:created xsi:type="dcterms:W3CDTF">2026-10-29T10:11:00Z</dcterms:created>
  <dcterms:modified xsi:type="dcterms:W3CDTF">2026-10-29T10:34:00Z</dcterms:modified>
  <cp:category/>
</cp:coreProperties>
</file>